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AAF7F" w14:textId="5AE9005D" w:rsidR="00663D7A" w:rsidRPr="00E15983" w:rsidRDefault="00FC6125" w:rsidP="00A54A6F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1598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NORTH BAY BATTALION </w:t>
      </w:r>
      <w:r w:rsidR="009617D9" w:rsidRPr="00E1598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SEASON TICKET </w:t>
      </w:r>
      <w:r w:rsidRPr="00E1598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AGREEMENT</w:t>
      </w:r>
    </w:p>
    <w:p w14:paraId="44FE2111" w14:textId="77777777" w:rsidR="004A5B7F" w:rsidRPr="00E15983" w:rsidRDefault="004A5B7F" w:rsidP="00A54A6F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</w:p>
    <w:p w14:paraId="634BA98D" w14:textId="3F047002" w:rsidR="00663D7A" w:rsidRPr="00E15983" w:rsidRDefault="009617D9" w:rsidP="00A54A6F">
      <w:pPr>
        <w:spacing w:after="0"/>
        <w:rPr>
          <w:rFonts w:ascii="Times New Roman" w:hAnsi="Times New Roman" w:cs="Times New Roman"/>
          <w:color w:val="000000" w:themeColor="text1"/>
        </w:rPr>
      </w:pPr>
      <w:r w:rsidRPr="00E15983">
        <w:rPr>
          <w:rFonts w:ascii="Times New Roman" w:hAnsi="Times New Roman" w:cs="Times New Roman"/>
          <w:color w:val="000000" w:themeColor="text1"/>
        </w:rPr>
        <w:t xml:space="preserve">Name: </w:t>
      </w:r>
      <w:r w:rsidRPr="00E15983">
        <w:rPr>
          <w:rFonts w:ascii="Times New Roman" w:hAnsi="Times New Roman" w:cs="Times New Roman"/>
          <w:b/>
          <w:bCs/>
          <w:color w:val="000000" w:themeColor="text1"/>
        </w:rPr>
        <w:fldChar w:fldCharType="begin"/>
      </w:r>
      <w:r w:rsidRPr="00E15983">
        <w:rPr>
          <w:rFonts w:ascii="Times New Roman" w:hAnsi="Times New Roman" w:cs="Times New Roman"/>
          <w:b/>
          <w:bCs/>
          <w:color w:val="000000" w:themeColor="text1"/>
        </w:rPr>
        <w:instrText xml:space="preserve"> FORMTEXT </w:instrText>
      </w:r>
      <w:r w:rsidRPr="00E15983">
        <w:rPr>
          <w:rFonts w:ascii="Times New Roman" w:hAnsi="Times New Roman" w:cs="Times New Roman"/>
          <w:b/>
          <w:bCs/>
          <w:color w:val="000000" w:themeColor="text1"/>
        </w:rPr>
        <w:fldChar w:fldCharType="separate"/>
      </w:r>
      <w:r w:rsidRPr="00E15983">
        <w:rPr>
          <w:rFonts w:ascii="Times New Roman" w:hAnsi="Times New Roman" w:cs="Times New Roman"/>
          <w:b/>
          <w:bCs/>
          <w:color w:val="000000" w:themeColor="text1"/>
        </w:rPr>
        <w:t>__________________________________________________</w:t>
      </w:r>
      <w:r w:rsidRPr="00E15983">
        <w:rPr>
          <w:rFonts w:ascii="Times New Roman" w:hAnsi="Times New Roman" w:cs="Times New Roman"/>
          <w:b/>
          <w:bCs/>
          <w:color w:val="000000" w:themeColor="text1"/>
        </w:rPr>
        <w:fldChar w:fldCharType="end"/>
      </w:r>
    </w:p>
    <w:p w14:paraId="29365754" w14:textId="4D553478" w:rsidR="00FC6125" w:rsidRPr="00E15983" w:rsidRDefault="00FC6125" w:rsidP="00A54A6F">
      <w:pPr>
        <w:spacing w:after="0"/>
        <w:rPr>
          <w:rFonts w:ascii="Times New Roman" w:hAnsi="Times New Roman" w:cs="Times New Roman"/>
          <w:color w:val="000000" w:themeColor="text1"/>
        </w:rPr>
      </w:pPr>
      <w:r w:rsidRPr="00E15983">
        <w:rPr>
          <w:rFonts w:ascii="Times New Roman" w:hAnsi="Times New Roman" w:cs="Times New Roman"/>
          <w:color w:val="000000" w:themeColor="text1"/>
        </w:rPr>
        <w:t xml:space="preserve">Address: </w:t>
      </w:r>
      <w:r w:rsidRPr="00E15983">
        <w:rPr>
          <w:rFonts w:ascii="Times New Roman" w:hAnsi="Times New Roman" w:cs="Times New Roman"/>
          <w:b/>
          <w:bCs/>
          <w:color w:val="000000" w:themeColor="text1"/>
        </w:rPr>
        <w:fldChar w:fldCharType="begin"/>
      </w:r>
      <w:r w:rsidRPr="00E15983">
        <w:rPr>
          <w:rFonts w:ascii="Times New Roman" w:hAnsi="Times New Roman" w:cs="Times New Roman"/>
          <w:b/>
          <w:bCs/>
          <w:color w:val="000000" w:themeColor="text1"/>
        </w:rPr>
        <w:instrText xml:space="preserve"> FORMTEXT </w:instrText>
      </w:r>
      <w:r w:rsidRPr="00E15983">
        <w:rPr>
          <w:rFonts w:ascii="Times New Roman" w:hAnsi="Times New Roman" w:cs="Times New Roman"/>
          <w:b/>
          <w:bCs/>
          <w:color w:val="000000" w:themeColor="text1"/>
        </w:rPr>
        <w:fldChar w:fldCharType="separate"/>
      </w:r>
      <w:r w:rsidRPr="00E15983">
        <w:rPr>
          <w:rFonts w:ascii="Times New Roman" w:hAnsi="Times New Roman" w:cs="Times New Roman"/>
          <w:b/>
          <w:bCs/>
          <w:color w:val="000000" w:themeColor="text1"/>
        </w:rPr>
        <w:t>__________________________________________________</w:t>
      </w:r>
      <w:r w:rsidRPr="00E15983">
        <w:rPr>
          <w:rFonts w:ascii="Times New Roman" w:hAnsi="Times New Roman" w:cs="Times New Roman"/>
          <w:b/>
          <w:bCs/>
          <w:color w:val="000000" w:themeColor="text1"/>
        </w:rPr>
        <w:fldChar w:fldCharType="end"/>
      </w:r>
    </w:p>
    <w:p w14:paraId="68B46D06" w14:textId="66B0D709" w:rsidR="00663D7A" w:rsidRPr="00E15983" w:rsidRDefault="009617D9" w:rsidP="00A54A6F">
      <w:pPr>
        <w:spacing w:after="0"/>
        <w:rPr>
          <w:rFonts w:ascii="Times New Roman" w:hAnsi="Times New Roman" w:cs="Times New Roman"/>
          <w:color w:val="000000" w:themeColor="text1"/>
        </w:rPr>
      </w:pPr>
      <w:r w:rsidRPr="00E15983">
        <w:rPr>
          <w:rFonts w:ascii="Times New Roman" w:hAnsi="Times New Roman" w:cs="Times New Roman"/>
          <w:color w:val="000000" w:themeColor="text1"/>
        </w:rPr>
        <w:t xml:space="preserve">Phone: </w:t>
      </w:r>
      <w:r w:rsidRPr="00E15983">
        <w:rPr>
          <w:rFonts w:ascii="Times New Roman" w:hAnsi="Times New Roman" w:cs="Times New Roman"/>
          <w:b/>
          <w:bCs/>
          <w:color w:val="000000" w:themeColor="text1"/>
        </w:rPr>
        <w:fldChar w:fldCharType="begin"/>
      </w:r>
      <w:r w:rsidRPr="00E15983">
        <w:rPr>
          <w:rFonts w:ascii="Times New Roman" w:hAnsi="Times New Roman" w:cs="Times New Roman"/>
          <w:b/>
          <w:bCs/>
          <w:color w:val="000000" w:themeColor="text1"/>
        </w:rPr>
        <w:instrText xml:space="preserve"> FORMTEXT </w:instrText>
      </w:r>
      <w:r w:rsidRPr="00E15983">
        <w:rPr>
          <w:rFonts w:ascii="Times New Roman" w:hAnsi="Times New Roman" w:cs="Times New Roman"/>
          <w:b/>
          <w:bCs/>
          <w:color w:val="000000" w:themeColor="text1"/>
        </w:rPr>
        <w:fldChar w:fldCharType="separate"/>
      </w:r>
      <w:r w:rsidRPr="00E15983">
        <w:rPr>
          <w:rFonts w:ascii="Times New Roman" w:hAnsi="Times New Roman" w:cs="Times New Roman"/>
          <w:b/>
          <w:bCs/>
          <w:color w:val="000000" w:themeColor="text1"/>
        </w:rPr>
        <w:t>______________________________</w:t>
      </w:r>
      <w:r w:rsidRPr="00E15983">
        <w:rPr>
          <w:rFonts w:ascii="Times New Roman" w:hAnsi="Times New Roman" w:cs="Times New Roman"/>
          <w:b/>
          <w:bCs/>
          <w:color w:val="000000" w:themeColor="text1"/>
        </w:rPr>
        <w:fldChar w:fldCharType="end"/>
      </w:r>
    </w:p>
    <w:p w14:paraId="6CC7611C" w14:textId="5EB1EF59" w:rsidR="00663D7A" w:rsidRPr="00E15983" w:rsidRDefault="009617D9" w:rsidP="00A54A6F">
      <w:pPr>
        <w:spacing w:after="0"/>
        <w:rPr>
          <w:rFonts w:ascii="Times New Roman" w:hAnsi="Times New Roman" w:cs="Times New Roman"/>
          <w:color w:val="000000" w:themeColor="text1"/>
        </w:rPr>
      </w:pPr>
      <w:r w:rsidRPr="00E15983">
        <w:rPr>
          <w:rFonts w:ascii="Times New Roman" w:hAnsi="Times New Roman" w:cs="Times New Roman"/>
          <w:color w:val="000000" w:themeColor="text1"/>
        </w:rPr>
        <w:t xml:space="preserve">Email: </w:t>
      </w:r>
      <w:r w:rsidRPr="00E15983">
        <w:rPr>
          <w:rFonts w:ascii="Times New Roman" w:hAnsi="Times New Roman" w:cs="Times New Roman"/>
          <w:b/>
          <w:bCs/>
          <w:color w:val="000000" w:themeColor="text1"/>
        </w:rPr>
        <w:fldChar w:fldCharType="begin"/>
      </w:r>
      <w:r w:rsidRPr="00E15983">
        <w:rPr>
          <w:rFonts w:ascii="Times New Roman" w:hAnsi="Times New Roman" w:cs="Times New Roman"/>
          <w:b/>
          <w:bCs/>
          <w:color w:val="000000" w:themeColor="text1"/>
        </w:rPr>
        <w:instrText xml:space="preserve"> FORMTEXT </w:instrText>
      </w:r>
      <w:r w:rsidRPr="00E15983">
        <w:rPr>
          <w:rFonts w:ascii="Times New Roman" w:hAnsi="Times New Roman" w:cs="Times New Roman"/>
          <w:b/>
          <w:bCs/>
          <w:color w:val="000000" w:themeColor="text1"/>
        </w:rPr>
        <w:fldChar w:fldCharType="separate"/>
      </w:r>
      <w:r w:rsidRPr="00E15983">
        <w:rPr>
          <w:rFonts w:ascii="Times New Roman" w:hAnsi="Times New Roman" w:cs="Times New Roman"/>
          <w:b/>
          <w:bCs/>
          <w:color w:val="000000" w:themeColor="text1"/>
        </w:rPr>
        <w:t>________________________________________</w:t>
      </w:r>
      <w:r w:rsidRPr="00E15983">
        <w:rPr>
          <w:rFonts w:ascii="Times New Roman" w:hAnsi="Times New Roman" w:cs="Times New Roman"/>
          <w:b/>
          <w:bCs/>
          <w:color w:val="000000" w:themeColor="text1"/>
        </w:rPr>
        <w:fldChar w:fldCharType="end"/>
      </w:r>
    </w:p>
    <w:p w14:paraId="544F244A" w14:textId="77777777" w:rsidR="004A5B7F" w:rsidRPr="00E15983" w:rsidRDefault="004A5B7F" w:rsidP="00A54A6F">
      <w:pPr>
        <w:pStyle w:val="Heading2"/>
        <w:spacing w:before="0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72202A37" w14:textId="32FBA02F" w:rsidR="002332A9" w:rsidRPr="00E15983" w:rsidRDefault="002332A9" w:rsidP="00A54A6F">
      <w:pPr>
        <w:pStyle w:val="Heading2"/>
        <w:spacing w:before="0"/>
        <w:rPr>
          <w:rFonts w:ascii="Times New Roman" w:eastAsiaTheme="minorEastAsia" w:hAnsi="Times New Roman" w:cs="Times New Roman"/>
          <w:b w:val="0"/>
          <w:bCs w:val="0"/>
          <w:color w:val="000000" w:themeColor="text1"/>
          <w:sz w:val="22"/>
          <w:szCs w:val="22"/>
        </w:rPr>
      </w:pPr>
      <w:r w:rsidRPr="00E15983">
        <w:rPr>
          <w:rFonts w:ascii="Times New Roman" w:hAnsi="Times New Roman" w:cs="Times New Roman"/>
          <w:color w:val="000000" w:themeColor="text1"/>
          <w:sz w:val="22"/>
          <w:szCs w:val="22"/>
        </w:rPr>
        <w:fldChar w:fldCharType="begin"/>
      </w:r>
      <w:r w:rsidRPr="00E15983">
        <w:rPr>
          <w:rFonts w:ascii="Times New Roman" w:hAnsi="Times New Roman" w:cs="Times New Roman"/>
          <w:color w:val="000000" w:themeColor="text1"/>
          <w:sz w:val="22"/>
          <w:szCs w:val="22"/>
        </w:rPr>
        <w:instrText xml:space="preserve"> FORMTEXT </w:instrText>
      </w:r>
      <w:r w:rsidRPr="00E15983">
        <w:rPr>
          <w:rFonts w:ascii="Times New Roman" w:hAnsi="Times New Roman" w:cs="Times New Roman"/>
          <w:color w:val="000000" w:themeColor="text1"/>
          <w:sz w:val="22"/>
          <w:szCs w:val="22"/>
        </w:rPr>
        <w:fldChar w:fldCharType="separate"/>
      </w:r>
      <w:r w:rsidRPr="00E15983">
        <w:rPr>
          <w:rFonts w:ascii="Times New Roman" w:hAnsi="Times New Roman" w:cs="Times New Roman"/>
          <w:color w:val="000000" w:themeColor="text1"/>
          <w:sz w:val="22"/>
          <w:szCs w:val="22"/>
        </w:rPr>
        <w:t>_____</w:t>
      </w:r>
      <w:r w:rsidRPr="00E15983">
        <w:rPr>
          <w:rFonts w:ascii="Times New Roman" w:hAnsi="Times New Roman" w:cs="Times New Roman"/>
          <w:color w:val="000000" w:themeColor="text1"/>
          <w:sz w:val="22"/>
          <w:szCs w:val="22"/>
        </w:rPr>
        <w:fldChar w:fldCharType="end"/>
      </w:r>
      <w:r w:rsidRPr="00E1598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E15983">
        <w:rPr>
          <w:rFonts w:ascii="Times New Roman" w:eastAsiaTheme="minorEastAsia" w:hAnsi="Times New Roman" w:cs="Times New Roman"/>
          <w:b w:val="0"/>
          <w:bCs w:val="0"/>
          <w:color w:val="000000" w:themeColor="text1"/>
          <w:sz w:val="22"/>
          <w:szCs w:val="22"/>
        </w:rPr>
        <w:t xml:space="preserve">Yes, </w:t>
      </w:r>
      <w:r w:rsidR="00FC6125" w:rsidRPr="00E15983">
        <w:rPr>
          <w:rFonts w:ascii="Times New Roman" w:eastAsiaTheme="minorEastAsia" w:hAnsi="Times New Roman" w:cs="Times New Roman"/>
          <w:b w:val="0"/>
          <w:bCs w:val="0"/>
          <w:color w:val="000000" w:themeColor="text1"/>
          <w:sz w:val="22"/>
          <w:szCs w:val="22"/>
        </w:rPr>
        <w:t xml:space="preserve">I want to </w:t>
      </w:r>
      <w:r w:rsidR="00257142" w:rsidRPr="00E15983">
        <w:rPr>
          <w:rFonts w:ascii="Times New Roman" w:eastAsiaTheme="minorEastAsia" w:hAnsi="Times New Roman" w:cs="Times New Roman"/>
          <w:b w:val="0"/>
          <w:bCs w:val="0"/>
          <w:color w:val="000000" w:themeColor="text1"/>
          <w:sz w:val="22"/>
          <w:szCs w:val="22"/>
        </w:rPr>
        <w:t>renew</w:t>
      </w:r>
      <w:r w:rsidR="00FC6125" w:rsidRPr="00E15983">
        <w:rPr>
          <w:rFonts w:ascii="Times New Roman" w:eastAsiaTheme="minorEastAsia" w:hAnsi="Times New Roman" w:cs="Times New Roman"/>
          <w:b w:val="0"/>
          <w:bCs w:val="0"/>
          <w:color w:val="000000" w:themeColor="text1"/>
          <w:sz w:val="22"/>
          <w:szCs w:val="22"/>
        </w:rPr>
        <w:t xml:space="preserve"> my season tickets for the </w:t>
      </w:r>
      <w:r w:rsidR="00FC6125" w:rsidRPr="00E15983">
        <w:rPr>
          <w:rFonts w:ascii="Times New Roman" w:eastAsiaTheme="minorEastAsia" w:hAnsi="Times New Roman" w:cs="Times New Roman"/>
          <w:color w:val="000000" w:themeColor="text1"/>
          <w:sz w:val="22"/>
          <w:szCs w:val="22"/>
          <w:u w:val="single"/>
        </w:rPr>
        <w:t>2026-27</w:t>
      </w:r>
      <w:r w:rsidR="00FC6125" w:rsidRPr="00E15983">
        <w:rPr>
          <w:rFonts w:ascii="Times New Roman" w:eastAsiaTheme="minorEastAsia" w:hAnsi="Times New Roman" w:cs="Times New Roman"/>
          <w:b w:val="0"/>
          <w:bCs w:val="0"/>
          <w:color w:val="000000" w:themeColor="text1"/>
          <w:sz w:val="22"/>
          <w:szCs w:val="22"/>
        </w:rPr>
        <w:t xml:space="preserve"> season</w:t>
      </w:r>
      <w:r w:rsidRPr="00E15983">
        <w:rPr>
          <w:rFonts w:ascii="Times New Roman" w:eastAsiaTheme="minorEastAsia" w:hAnsi="Times New Roman" w:cs="Times New Roman"/>
          <w:b w:val="0"/>
          <w:bCs w:val="0"/>
          <w:color w:val="000000" w:themeColor="text1"/>
          <w:sz w:val="22"/>
          <w:szCs w:val="22"/>
        </w:rPr>
        <w:t>.</w:t>
      </w:r>
    </w:p>
    <w:p w14:paraId="2CA552B3" w14:textId="514B9473" w:rsidR="002332A9" w:rsidRPr="00E15983" w:rsidRDefault="002332A9" w:rsidP="00A54A6F">
      <w:pPr>
        <w:pStyle w:val="Heading2"/>
        <w:spacing w:before="0"/>
        <w:rPr>
          <w:rFonts w:ascii="Times New Roman" w:eastAsiaTheme="minorEastAsia" w:hAnsi="Times New Roman" w:cs="Times New Roman"/>
          <w:b w:val="0"/>
          <w:bCs w:val="0"/>
          <w:color w:val="000000" w:themeColor="text1"/>
          <w:sz w:val="22"/>
          <w:szCs w:val="22"/>
        </w:rPr>
      </w:pPr>
      <w:r w:rsidRPr="00E15983">
        <w:rPr>
          <w:rFonts w:ascii="Times New Roman" w:hAnsi="Times New Roman" w:cs="Times New Roman"/>
          <w:color w:val="000000" w:themeColor="text1"/>
          <w:sz w:val="22"/>
          <w:szCs w:val="22"/>
        </w:rPr>
        <w:fldChar w:fldCharType="begin"/>
      </w:r>
      <w:r w:rsidRPr="00E15983">
        <w:rPr>
          <w:rFonts w:ascii="Times New Roman" w:hAnsi="Times New Roman" w:cs="Times New Roman"/>
          <w:color w:val="000000" w:themeColor="text1"/>
          <w:sz w:val="22"/>
          <w:szCs w:val="22"/>
        </w:rPr>
        <w:instrText xml:space="preserve"> FORMTEXT </w:instrText>
      </w:r>
      <w:r w:rsidRPr="00E15983">
        <w:rPr>
          <w:rFonts w:ascii="Times New Roman" w:hAnsi="Times New Roman" w:cs="Times New Roman"/>
          <w:color w:val="000000" w:themeColor="text1"/>
          <w:sz w:val="22"/>
          <w:szCs w:val="22"/>
        </w:rPr>
        <w:fldChar w:fldCharType="separate"/>
      </w:r>
      <w:r w:rsidRPr="00E15983">
        <w:rPr>
          <w:rFonts w:ascii="Times New Roman" w:hAnsi="Times New Roman" w:cs="Times New Roman"/>
          <w:color w:val="000000" w:themeColor="text1"/>
          <w:sz w:val="22"/>
          <w:szCs w:val="22"/>
        </w:rPr>
        <w:t>_____</w:t>
      </w:r>
      <w:r w:rsidRPr="00E15983">
        <w:rPr>
          <w:rFonts w:ascii="Times New Roman" w:hAnsi="Times New Roman" w:cs="Times New Roman"/>
          <w:color w:val="000000" w:themeColor="text1"/>
          <w:sz w:val="22"/>
          <w:szCs w:val="22"/>
        </w:rPr>
        <w:fldChar w:fldCharType="end"/>
      </w:r>
      <w:r w:rsidRPr="00E1598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E15983">
        <w:rPr>
          <w:rFonts w:ascii="Times New Roman" w:eastAsiaTheme="minorEastAsia" w:hAnsi="Times New Roman" w:cs="Times New Roman"/>
          <w:b w:val="0"/>
          <w:bCs w:val="0"/>
          <w:color w:val="000000" w:themeColor="text1"/>
          <w:sz w:val="22"/>
          <w:szCs w:val="22"/>
        </w:rPr>
        <w:t xml:space="preserve">No, I DO NOT want to </w:t>
      </w:r>
      <w:r w:rsidR="00257142" w:rsidRPr="00E15983">
        <w:rPr>
          <w:rFonts w:ascii="Times New Roman" w:eastAsiaTheme="minorEastAsia" w:hAnsi="Times New Roman" w:cs="Times New Roman"/>
          <w:b w:val="0"/>
          <w:bCs w:val="0"/>
          <w:color w:val="000000" w:themeColor="text1"/>
          <w:sz w:val="22"/>
          <w:szCs w:val="22"/>
        </w:rPr>
        <w:t xml:space="preserve">renew </w:t>
      </w:r>
      <w:r w:rsidRPr="00E15983">
        <w:rPr>
          <w:rFonts w:ascii="Times New Roman" w:eastAsiaTheme="minorEastAsia" w:hAnsi="Times New Roman" w:cs="Times New Roman"/>
          <w:b w:val="0"/>
          <w:bCs w:val="0"/>
          <w:color w:val="000000" w:themeColor="text1"/>
          <w:sz w:val="22"/>
          <w:szCs w:val="22"/>
        </w:rPr>
        <w:t>understand that my seat(s) will be</w:t>
      </w:r>
      <w:r w:rsidR="00FC6125" w:rsidRPr="00E15983">
        <w:rPr>
          <w:rFonts w:ascii="Times New Roman" w:eastAsiaTheme="minorEastAsia" w:hAnsi="Times New Roman" w:cs="Times New Roman"/>
          <w:b w:val="0"/>
          <w:bCs w:val="0"/>
          <w:color w:val="000000" w:themeColor="text1"/>
          <w:sz w:val="22"/>
          <w:szCs w:val="22"/>
        </w:rPr>
        <w:t xml:space="preserve"> </w:t>
      </w:r>
      <w:r w:rsidRPr="00E15983">
        <w:rPr>
          <w:rFonts w:ascii="Times New Roman" w:eastAsiaTheme="minorEastAsia" w:hAnsi="Times New Roman" w:cs="Times New Roman"/>
          <w:b w:val="0"/>
          <w:bCs w:val="0"/>
          <w:color w:val="000000" w:themeColor="text1"/>
          <w:sz w:val="22"/>
          <w:szCs w:val="22"/>
        </w:rPr>
        <w:t>released for sale.</w:t>
      </w:r>
    </w:p>
    <w:p w14:paraId="5ED22AFA" w14:textId="5E5E00AD" w:rsidR="00FC6125" w:rsidRDefault="00FC6125" w:rsidP="00A54A6F">
      <w:pPr>
        <w:spacing w:after="0"/>
        <w:rPr>
          <w:rFonts w:ascii="Times New Roman" w:hAnsi="Times New Roman" w:cs="Times New Roman"/>
          <w:color w:val="000000" w:themeColor="text1"/>
        </w:rPr>
      </w:pPr>
      <w:r w:rsidRPr="00E15983">
        <w:rPr>
          <w:rFonts w:ascii="Times New Roman" w:hAnsi="Times New Roman" w:cs="Times New Roman"/>
          <w:color w:val="000000" w:themeColor="text1"/>
        </w:rPr>
        <w:fldChar w:fldCharType="begin"/>
      </w:r>
      <w:r w:rsidRPr="00E15983">
        <w:rPr>
          <w:rFonts w:ascii="Times New Roman" w:hAnsi="Times New Roman" w:cs="Times New Roman"/>
          <w:color w:val="000000" w:themeColor="text1"/>
        </w:rPr>
        <w:instrText xml:space="preserve"> FORMTEXT </w:instrText>
      </w:r>
      <w:r w:rsidRPr="00E15983">
        <w:rPr>
          <w:rFonts w:ascii="Times New Roman" w:hAnsi="Times New Roman" w:cs="Times New Roman"/>
          <w:color w:val="000000" w:themeColor="text1"/>
        </w:rPr>
        <w:fldChar w:fldCharType="separate"/>
      </w:r>
      <w:r w:rsidRPr="00E15983">
        <w:rPr>
          <w:rFonts w:ascii="Times New Roman" w:hAnsi="Times New Roman" w:cs="Times New Roman"/>
          <w:color w:val="000000" w:themeColor="text1"/>
        </w:rPr>
        <w:t>_____</w:t>
      </w:r>
      <w:r w:rsidRPr="00E15983">
        <w:rPr>
          <w:rFonts w:ascii="Times New Roman" w:hAnsi="Times New Roman" w:cs="Times New Roman"/>
          <w:color w:val="000000" w:themeColor="text1"/>
        </w:rPr>
        <w:fldChar w:fldCharType="end"/>
      </w:r>
      <w:r w:rsidRPr="00E15983">
        <w:rPr>
          <w:rFonts w:ascii="Times New Roman" w:hAnsi="Times New Roman" w:cs="Times New Roman"/>
          <w:color w:val="000000" w:themeColor="text1"/>
        </w:rPr>
        <w:t xml:space="preserve"> I am a NEW season ticket holder.</w:t>
      </w:r>
    </w:p>
    <w:p w14:paraId="448E61A6" w14:textId="77777777" w:rsidR="00CD5F1D" w:rsidRPr="00E15983" w:rsidRDefault="00CD5F1D" w:rsidP="00A54A6F">
      <w:pPr>
        <w:spacing w:after="0"/>
      </w:pPr>
    </w:p>
    <w:p w14:paraId="5E21CF28" w14:textId="521524B2" w:rsidR="00FC6125" w:rsidRPr="00E15983" w:rsidRDefault="00FC6125" w:rsidP="00A54A6F">
      <w:pPr>
        <w:spacing w:after="0"/>
        <w:rPr>
          <w:rFonts w:ascii="Times New Roman" w:hAnsi="Times New Roman" w:cs="Times New Roman"/>
          <w:b/>
          <w:bCs/>
          <w:color w:val="000000" w:themeColor="text1"/>
        </w:rPr>
      </w:pPr>
      <w:r w:rsidRPr="00E15983">
        <w:rPr>
          <w:rFonts w:ascii="Times New Roman" w:hAnsi="Times New Roman" w:cs="Times New Roman"/>
          <w:color w:val="000000" w:themeColor="text1"/>
        </w:rPr>
        <w:t xml:space="preserve">Seat Location(s): </w:t>
      </w:r>
      <w:r w:rsidRPr="00E15983">
        <w:rPr>
          <w:rFonts w:ascii="Times New Roman" w:hAnsi="Times New Roman" w:cs="Times New Roman"/>
          <w:b/>
          <w:bCs/>
          <w:color w:val="000000" w:themeColor="text1"/>
        </w:rPr>
        <w:fldChar w:fldCharType="begin"/>
      </w:r>
      <w:r w:rsidRPr="00E15983">
        <w:rPr>
          <w:rFonts w:ascii="Times New Roman" w:hAnsi="Times New Roman" w:cs="Times New Roman"/>
          <w:b/>
          <w:bCs/>
          <w:color w:val="000000" w:themeColor="text1"/>
        </w:rPr>
        <w:instrText xml:space="preserve"> FORMTEXT </w:instrText>
      </w:r>
      <w:r w:rsidRPr="00E15983">
        <w:rPr>
          <w:rFonts w:ascii="Times New Roman" w:hAnsi="Times New Roman" w:cs="Times New Roman"/>
          <w:b/>
          <w:bCs/>
          <w:color w:val="000000" w:themeColor="text1"/>
        </w:rPr>
        <w:fldChar w:fldCharType="separate"/>
      </w:r>
      <w:r w:rsidRPr="00E15983">
        <w:rPr>
          <w:rFonts w:ascii="Times New Roman" w:hAnsi="Times New Roman" w:cs="Times New Roman"/>
          <w:b/>
          <w:bCs/>
          <w:color w:val="000000" w:themeColor="text1"/>
        </w:rPr>
        <w:t>__________________________________________________</w:t>
      </w:r>
      <w:r w:rsidRPr="00E15983">
        <w:rPr>
          <w:rFonts w:ascii="Times New Roman" w:hAnsi="Times New Roman" w:cs="Times New Roman"/>
          <w:b/>
          <w:bCs/>
          <w:color w:val="000000" w:themeColor="text1"/>
        </w:rPr>
        <w:fldChar w:fldCharType="end"/>
      </w:r>
    </w:p>
    <w:p w14:paraId="74061097" w14:textId="77777777" w:rsidR="00A47F92" w:rsidRPr="00E15983" w:rsidRDefault="00A47F92" w:rsidP="00A54A6F">
      <w:pPr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p w14:paraId="19F41706" w14:textId="1E360A34" w:rsidR="00FC6125" w:rsidRPr="00E15983" w:rsidRDefault="00FC6125" w:rsidP="00A54A6F">
      <w:pPr>
        <w:pStyle w:val="Heading2"/>
        <w:spacing w:before="0"/>
        <w:rPr>
          <w:rFonts w:ascii="Times New Roman" w:hAnsi="Times New Roman" w:cs="Times New Roman"/>
          <w:color w:val="000000" w:themeColor="text1"/>
        </w:rPr>
      </w:pPr>
      <w:r w:rsidRPr="00E15983">
        <w:rPr>
          <w:rFonts w:ascii="Times New Roman" w:hAnsi="Times New Roman" w:cs="Times New Roman"/>
          <w:color w:val="000000" w:themeColor="text1"/>
        </w:rPr>
        <w:t>NO. OF TICKETS:</w:t>
      </w:r>
    </w:p>
    <w:p w14:paraId="4340B839" w14:textId="74B7C727" w:rsidR="00FC6125" w:rsidRPr="00E15983" w:rsidRDefault="00FC6125" w:rsidP="00CD5F1D">
      <w:pPr>
        <w:spacing w:after="0"/>
        <w:rPr>
          <w:rFonts w:ascii="Times New Roman" w:hAnsi="Times New Roman" w:cs="Times New Roman"/>
          <w:color w:val="000000" w:themeColor="text1"/>
        </w:rPr>
      </w:pPr>
      <w:r w:rsidRPr="00CD5F1D">
        <w:rPr>
          <w:rFonts w:ascii="Times New Roman" w:hAnsi="Times New Roman" w:cs="Times New Roman"/>
          <w:color w:val="000000" w:themeColor="text1"/>
        </w:rPr>
        <w:t xml:space="preserve">Adult: </w:t>
      </w:r>
      <w:r w:rsidRPr="00CD5F1D">
        <w:rPr>
          <w:rFonts w:ascii="Times New Roman" w:hAnsi="Times New Roman" w:cs="Times New Roman"/>
          <w:color w:val="000000" w:themeColor="text1"/>
        </w:rPr>
        <w:fldChar w:fldCharType="begin"/>
      </w:r>
      <w:r w:rsidRPr="00CD5F1D">
        <w:rPr>
          <w:rFonts w:ascii="Times New Roman" w:hAnsi="Times New Roman" w:cs="Times New Roman"/>
          <w:color w:val="000000" w:themeColor="text1"/>
        </w:rPr>
        <w:instrText xml:space="preserve"> FORMTEXT </w:instrText>
      </w:r>
      <w:r w:rsidRPr="00CD5F1D">
        <w:rPr>
          <w:rFonts w:ascii="Times New Roman" w:hAnsi="Times New Roman" w:cs="Times New Roman"/>
          <w:color w:val="000000" w:themeColor="text1"/>
        </w:rPr>
        <w:fldChar w:fldCharType="separate"/>
      </w:r>
      <w:r w:rsidRPr="00CD5F1D">
        <w:rPr>
          <w:rFonts w:ascii="Times New Roman" w:hAnsi="Times New Roman" w:cs="Times New Roman"/>
          <w:color w:val="000000" w:themeColor="text1"/>
        </w:rPr>
        <w:t>_____</w:t>
      </w:r>
      <w:r w:rsidRPr="00CD5F1D">
        <w:rPr>
          <w:rFonts w:ascii="Times New Roman" w:hAnsi="Times New Roman" w:cs="Times New Roman"/>
          <w:color w:val="000000" w:themeColor="text1"/>
        </w:rPr>
        <w:fldChar w:fldCharType="end"/>
      </w:r>
      <w:r w:rsidR="00CD5F1D">
        <w:rPr>
          <w:rFonts w:ascii="Times New Roman" w:hAnsi="Times New Roman" w:cs="Times New Roman"/>
          <w:color w:val="000000" w:themeColor="text1"/>
        </w:rPr>
        <w:t xml:space="preserve">     </w:t>
      </w:r>
      <w:r w:rsidRPr="00E15983">
        <w:rPr>
          <w:rFonts w:ascii="Times New Roman" w:hAnsi="Times New Roman" w:cs="Times New Roman"/>
          <w:color w:val="000000" w:themeColor="text1"/>
        </w:rPr>
        <w:t xml:space="preserve">Senior/Student: </w:t>
      </w:r>
      <w:r w:rsidRPr="00E15983">
        <w:rPr>
          <w:rFonts w:ascii="Times New Roman" w:hAnsi="Times New Roman" w:cs="Times New Roman"/>
          <w:color w:val="000000" w:themeColor="text1"/>
        </w:rPr>
        <w:fldChar w:fldCharType="begin"/>
      </w:r>
      <w:r w:rsidRPr="00E15983">
        <w:rPr>
          <w:rFonts w:ascii="Times New Roman" w:hAnsi="Times New Roman" w:cs="Times New Roman"/>
          <w:color w:val="000000" w:themeColor="text1"/>
        </w:rPr>
        <w:instrText xml:space="preserve"> FORMTEXT </w:instrText>
      </w:r>
      <w:r w:rsidRPr="00E15983">
        <w:rPr>
          <w:rFonts w:ascii="Times New Roman" w:hAnsi="Times New Roman" w:cs="Times New Roman"/>
          <w:color w:val="000000" w:themeColor="text1"/>
        </w:rPr>
        <w:fldChar w:fldCharType="separate"/>
      </w:r>
      <w:r w:rsidRPr="00E15983">
        <w:rPr>
          <w:rFonts w:ascii="Times New Roman" w:hAnsi="Times New Roman" w:cs="Times New Roman"/>
          <w:color w:val="000000" w:themeColor="text1"/>
        </w:rPr>
        <w:t>_____</w:t>
      </w:r>
      <w:r w:rsidRPr="00E15983">
        <w:rPr>
          <w:rFonts w:ascii="Times New Roman" w:hAnsi="Times New Roman" w:cs="Times New Roman"/>
          <w:color w:val="000000" w:themeColor="text1"/>
        </w:rPr>
        <w:fldChar w:fldCharType="end"/>
      </w:r>
      <w:r w:rsidR="00CD5F1D">
        <w:rPr>
          <w:rFonts w:ascii="Times New Roman" w:hAnsi="Times New Roman" w:cs="Times New Roman"/>
          <w:color w:val="000000" w:themeColor="text1"/>
        </w:rPr>
        <w:t xml:space="preserve">     </w:t>
      </w:r>
      <w:r w:rsidRPr="00E15983">
        <w:rPr>
          <w:rFonts w:ascii="Times New Roman" w:hAnsi="Times New Roman" w:cs="Times New Roman"/>
          <w:color w:val="000000" w:themeColor="text1"/>
        </w:rPr>
        <w:t xml:space="preserve">Military/Veteran: </w:t>
      </w:r>
      <w:r w:rsidRPr="00E15983">
        <w:rPr>
          <w:rFonts w:ascii="Times New Roman" w:hAnsi="Times New Roman" w:cs="Times New Roman"/>
          <w:color w:val="000000" w:themeColor="text1"/>
        </w:rPr>
        <w:fldChar w:fldCharType="begin"/>
      </w:r>
      <w:r w:rsidRPr="00E15983">
        <w:rPr>
          <w:rFonts w:ascii="Times New Roman" w:hAnsi="Times New Roman" w:cs="Times New Roman"/>
          <w:color w:val="000000" w:themeColor="text1"/>
        </w:rPr>
        <w:instrText xml:space="preserve"> FORMTEXT </w:instrText>
      </w:r>
      <w:r w:rsidRPr="00E15983">
        <w:rPr>
          <w:rFonts w:ascii="Times New Roman" w:hAnsi="Times New Roman" w:cs="Times New Roman"/>
          <w:color w:val="000000" w:themeColor="text1"/>
        </w:rPr>
        <w:fldChar w:fldCharType="separate"/>
      </w:r>
      <w:r w:rsidRPr="00E15983">
        <w:rPr>
          <w:rFonts w:ascii="Times New Roman" w:hAnsi="Times New Roman" w:cs="Times New Roman"/>
          <w:color w:val="000000" w:themeColor="text1"/>
        </w:rPr>
        <w:t>_____</w:t>
      </w:r>
      <w:r w:rsidRPr="00E15983">
        <w:rPr>
          <w:rFonts w:ascii="Times New Roman" w:hAnsi="Times New Roman" w:cs="Times New Roman"/>
          <w:color w:val="000000" w:themeColor="text1"/>
        </w:rPr>
        <w:fldChar w:fldCharType="end"/>
      </w:r>
      <w:r w:rsidR="00CD5F1D">
        <w:rPr>
          <w:rFonts w:ascii="Times New Roman" w:hAnsi="Times New Roman" w:cs="Times New Roman"/>
          <w:color w:val="000000" w:themeColor="text1"/>
        </w:rPr>
        <w:t xml:space="preserve">     </w:t>
      </w:r>
      <w:r w:rsidRPr="00E15983">
        <w:rPr>
          <w:rFonts w:ascii="Times New Roman" w:hAnsi="Times New Roman" w:cs="Times New Roman"/>
          <w:color w:val="000000" w:themeColor="text1"/>
        </w:rPr>
        <w:t xml:space="preserve">Child: </w:t>
      </w:r>
      <w:r w:rsidRPr="00E15983">
        <w:rPr>
          <w:rFonts w:ascii="Times New Roman" w:hAnsi="Times New Roman" w:cs="Times New Roman"/>
          <w:color w:val="000000" w:themeColor="text1"/>
        </w:rPr>
        <w:fldChar w:fldCharType="begin"/>
      </w:r>
      <w:r w:rsidRPr="00E15983">
        <w:rPr>
          <w:rFonts w:ascii="Times New Roman" w:hAnsi="Times New Roman" w:cs="Times New Roman"/>
          <w:color w:val="000000" w:themeColor="text1"/>
        </w:rPr>
        <w:instrText xml:space="preserve"> FORMTEXT </w:instrText>
      </w:r>
      <w:r w:rsidRPr="00E15983">
        <w:rPr>
          <w:rFonts w:ascii="Times New Roman" w:hAnsi="Times New Roman" w:cs="Times New Roman"/>
          <w:color w:val="000000" w:themeColor="text1"/>
        </w:rPr>
        <w:fldChar w:fldCharType="separate"/>
      </w:r>
      <w:r w:rsidRPr="00E15983">
        <w:rPr>
          <w:rFonts w:ascii="Times New Roman" w:hAnsi="Times New Roman" w:cs="Times New Roman"/>
          <w:color w:val="000000" w:themeColor="text1"/>
        </w:rPr>
        <w:t>_____</w:t>
      </w:r>
      <w:r w:rsidRPr="00E15983">
        <w:rPr>
          <w:rFonts w:ascii="Times New Roman" w:hAnsi="Times New Roman" w:cs="Times New Roman"/>
          <w:color w:val="000000" w:themeColor="text1"/>
        </w:rPr>
        <w:fldChar w:fldCharType="end"/>
      </w:r>
    </w:p>
    <w:p w14:paraId="4FDF3278" w14:textId="65317F24" w:rsidR="00257142" w:rsidRPr="00E15983" w:rsidRDefault="00257142" w:rsidP="00A54A6F">
      <w:pPr>
        <w:spacing w:after="0" w:line="300" w:lineRule="atLeast"/>
        <w:rPr>
          <w:rFonts w:ascii="Times New Roman" w:eastAsia="Times New Roman" w:hAnsi="Times New Roman" w:cs="Times New Roman"/>
          <w:i/>
          <w:iCs/>
          <w:lang w:val="en-CA" w:eastAsia="en-CA"/>
        </w:rPr>
      </w:pPr>
      <w:r w:rsidRPr="00E15983">
        <w:rPr>
          <w:rFonts w:ascii="Segoe UI Symbol" w:eastAsia="Times New Roman" w:hAnsi="Segoe UI Symbol" w:cs="Segoe UI Symbol"/>
          <w:lang w:val="en-CA" w:eastAsia="en-CA"/>
        </w:rPr>
        <w:t>☐</w:t>
      </w:r>
      <w:r w:rsidRPr="00E15983">
        <w:rPr>
          <w:rFonts w:ascii="Times New Roman" w:eastAsia="Times New Roman" w:hAnsi="Times New Roman" w:cs="Times New Roman"/>
          <w:lang w:val="en-CA" w:eastAsia="en-CA"/>
        </w:rPr>
        <w:t xml:space="preserve"> </w:t>
      </w:r>
      <w:r w:rsidRPr="00E15983">
        <w:rPr>
          <w:rFonts w:ascii="Times New Roman" w:eastAsia="Times New Roman" w:hAnsi="Times New Roman" w:cs="Times New Roman"/>
          <w:i/>
          <w:iCs/>
          <w:lang w:val="en-CA" w:eastAsia="en-CA"/>
        </w:rPr>
        <w:t>I require accessible seating or accommodations (Battalion staff will contact you).</w:t>
      </w:r>
    </w:p>
    <w:p w14:paraId="5EB187AA" w14:textId="77777777" w:rsidR="00FC6125" w:rsidRPr="00E15983" w:rsidRDefault="00FC6125" w:rsidP="00A54A6F">
      <w:pPr>
        <w:spacing w:after="0"/>
        <w:rPr>
          <w:b/>
          <w:bCs/>
        </w:rPr>
      </w:pPr>
    </w:p>
    <w:p w14:paraId="32F47657" w14:textId="287832F0" w:rsidR="00663D7A" w:rsidRPr="00E15983" w:rsidRDefault="009617D9" w:rsidP="00A54A6F">
      <w:pPr>
        <w:pStyle w:val="Heading2"/>
        <w:spacing w:before="0"/>
        <w:rPr>
          <w:rFonts w:ascii="Times New Roman" w:hAnsi="Times New Roman" w:cs="Times New Roman"/>
          <w:color w:val="000000" w:themeColor="text1"/>
        </w:rPr>
      </w:pPr>
      <w:r w:rsidRPr="00E15983">
        <w:rPr>
          <w:rFonts w:ascii="Times New Roman" w:hAnsi="Times New Roman" w:cs="Times New Roman"/>
          <w:color w:val="000000" w:themeColor="text1"/>
        </w:rPr>
        <w:t>PAYMENT INFORMATION</w:t>
      </w:r>
      <w:r w:rsidR="004A5B7F" w:rsidRPr="00E15983">
        <w:rPr>
          <w:rFonts w:ascii="Times New Roman" w:hAnsi="Times New Roman" w:cs="Times New Roman"/>
          <w:color w:val="000000" w:themeColor="text1"/>
        </w:rPr>
        <w:t>:</w:t>
      </w:r>
    </w:p>
    <w:p w14:paraId="676CAE8F" w14:textId="0ABB0189" w:rsidR="00663D7A" w:rsidRPr="00E15983" w:rsidRDefault="009617D9" w:rsidP="00A54A6F">
      <w:pPr>
        <w:spacing w:after="0"/>
        <w:rPr>
          <w:rFonts w:ascii="Times New Roman" w:hAnsi="Times New Roman" w:cs="Times New Roman"/>
          <w:color w:val="000000" w:themeColor="text1"/>
        </w:rPr>
      </w:pPr>
      <w:r w:rsidRPr="00E15983">
        <w:rPr>
          <w:rFonts w:ascii="Times New Roman" w:hAnsi="Times New Roman" w:cs="Times New Roman"/>
          <w:color w:val="000000" w:themeColor="text1"/>
        </w:rPr>
        <w:t xml:space="preserve">Card Type: </w:t>
      </w:r>
      <w:r w:rsidRPr="00E15983">
        <w:rPr>
          <w:rFonts w:ascii="Times New Roman" w:hAnsi="Times New Roman" w:cs="Times New Roman"/>
          <w:color w:val="000000" w:themeColor="text1"/>
        </w:rPr>
        <w:fldChar w:fldCharType="begin"/>
      </w:r>
      <w:r w:rsidRPr="00E15983"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Pr="00E15983">
        <w:rPr>
          <w:rFonts w:ascii="Times New Roman" w:hAnsi="Times New Roman" w:cs="Times New Roman"/>
          <w:color w:val="000000" w:themeColor="text1"/>
        </w:rPr>
        <w:fldChar w:fldCharType="separate"/>
      </w:r>
      <w:r w:rsidRPr="00E15983">
        <w:rPr>
          <w:rFonts w:ascii="Times New Roman" w:hAnsi="Times New Roman" w:cs="Times New Roman"/>
          <w:color w:val="000000" w:themeColor="text1"/>
        </w:rPr>
        <w:fldChar w:fldCharType="end"/>
      </w:r>
      <w:r w:rsidRPr="00E15983">
        <w:rPr>
          <w:rFonts w:ascii="Times New Roman" w:hAnsi="Times New Roman" w:cs="Times New Roman"/>
          <w:color w:val="000000" w:themeColor="text1"/>
        </w:rPr>
        <w:t xml:space="preserve"> </w:t>
      </w:r>
      <w:r w:rsidR="00257142" w:rsidRPr="00E15983">
        <w:rPr>
          <w:rFonts w:ascii="Segoe UI Symbol" w:eastAsia="Times New Roman" w:hAnsi="Segoe UI Symbol" w:cs="Segoe UI Symbol"/>
          <w:lang w:val="en-CA" w:eastAsia="en-CA"/>
        </w:rPr>
        <w:t xml:space="preserve">☐ </w:t>
      </w:r>
      <w:r w:rsidRPr="00E15983">
        <w:rPr>
          <w:rFonts w:ascii="Times New Roman" w:hAnsi="Times New Roman" w:cs="Times New Roman"/>
          <w:color w:val="000000" w:themeColor="text1"/>
        </w:rPr>
        <w:t xml:space="preserve">Visa   </w:t>
      </w:r>
      <w:r w:rsidRPr="00E15983">
        <w:rPr>
          <w:rFonts w:ascii="Times New Roman" w:hAnsi="Times New Roman" w:cs="Times New Roman"/>
          <w:color w:val="000000" w:themeColor="text1"/>
        </w:rPr>
        <w:fldChar w:fldCharType="begin"/>
      </w:r>
      <w:r w:rsidRPr="00E15983"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Pr="00E15983">
        <w:rPr>
          <w:rFonts w:ascii="Times New Roman" w:hAnsi="Times New Roman" w:cs="Times New Roman"/>
          <w:color w:val="000000" w:themeColor="text1"/>
        </w:rPr>
        <w:fldChar w:fldCharType="separate"/>
      </w:r>
      <w:r w:rsidRPr="00E15983">
        <w:rPr>
          <w:rFonts w:ascii="Times New Roman" w:hAnsi="Times New Roman" w:cs="Times New Roman"/>
          <w:color w:val="000000" w:themeColor="text1"/>
        </w:rPr>
        <w:fldChar w:fldCharType="end"/>
      </w:r>
      <w:r w:rsidRPr="00E15983">
        <w:rPr>
          <w:rFonts w:ascii="Times New Roman" w:hAnsi="Times New Roman" w:cs="Times New Roman"/>
          <w:color w:val="000000" w:themeColor="text1"/>
        </w:rPr>
        <w:t xml:space="preserve"> </w:t>
      </w:r>
      <w:r w:rsidR="00257142" w:rsidRPr="00E15983">
        <w:rPr>
          <w:rFonts w:ascii="Segoe UI Symbol" w:eastAsia="Times New Roman" w:hAnsi="Segoe UI Symbol" w:cs="Segoe UI Symbol"/>
          <w:lang w:val="en-CA" w:eastAsia="en-CA"/>
        </w:rPr>
        <w:t xml:space="preserve">☐ </w:t>
      </w:r>
      <w:r w:rsidRPr="00E15983">
        <w:rPr>
          <w:rFonts w:ascii="Times New Roman" w:hAnsi="Times New Roman" w:cs="Times New Roman"/>
          <w:color w:val="000000" w:themeColor="text1"/>
        </w:rPr>
        <w:t xml:space="preserve">MasterCard   </w:t>
      </w:r>
    </w:p>
    <w:p w14:paraId="4F71A4AD" w14:textId="77777777" w:rsidR="00663D7A" w:rsidRPr="00E15983" w:rsidRDefault="009617D9" w:rsidP="00A54A6F">
      <w:pPr>
        <w:spacing w:after="0"/>
        <w:rPr>
          <w:rFonts w:ascii="Times New Roman" w:hAnsi="Times New Roman" w:cs="Times New Roman"/>
          <w:color w:val="000000" w:themeColor="text1"/>
        </w:rPr>
      </w:pPr>
      <w:r w:rsidRPr="00E15983">
        <w:rPr>
          <w:rFonts w:ascii="Times New Roman" w:hAnsi="Times New Roman" w:cs="Times New Roman"/>
          <w:color w:val="000000" w:themeColor="text1"/>
        </w:rPr>
        <w:t xml:space="preserve">Card Number: </w:t>
      </w:r>
      <w:r w:rsidRPr="00E15983">
        <w:rPr>
          <w:rFonts w:ascii="Times New Roman" w:hAnsi="Times New Roman" w:cs="Times New Roman"/>
          <w:b/>
          <w:bCs/>
          <w:color w:val="000000" w:themeColor="text1"/>
        </w:rPr>
        <w:fldChar w:fldCharType="begin"/>
      </w:r>
      <w:r w:rsidRPr="00E15983">
        <w:rPr>
          <w:rFonts w:ascii="Times New Roman" w:hAnsi="Times New Roman" w:cs="Times New Roman"/>
          <w:b/>
          <w:bCs/>
          <w:color w:val="000000" w:themeColor="text1"/>
        </w:rPr>
        <w:instrText xml:space="preserve"> FORMTEXT </w:instrText>
      </w:r>
      <w:r w:rsidRPr="00E15983">
        <w:rPr>
          <w:rFonts w:ascii="Times New Roman" w:hAnsi="Times New Roman" w:cs="Times New Roman"/>
          <w:b/>
          <w:bCs/>
          <w:color w:val="000000" w:themeColor="text1"/>
        </w:rPr>
        <w:fldChar w:fldCharType="separate"/>
      </w:r>
      <w:r w:rsidRPr="00E15983">
        <w:rPr>
          <w:rFonts w:ascii="Times New Roman" w:hAnsi="Times New Roman" w:cs="Times New Roman"/>
          <w:b/>
          <w:bCs/>
          <w:color w:val="000000" w:themeColor="text1"/>
        </w:rPr>
        <w:t>________________________________________</w:t>
      </w:r>
      <w:r w:rsidRPr="00E15983">
        <w:rPr>
          <w:rFonts w:ascii="Times New Roman" w:hAnsi="Times New Roman" w:cs="Times New Roman"/>
          <w:b/>
          <w:bCs/>
          <w:color w:val="000000" w:themeColor="text1"/>
        </w:rPr>
        <w:fldChar w:fldCharType="end"/>
      </w:r>
    </w:p>
    <w:p w14:paraId="55C75CEF" w14:textId="77777777" w:rsidR="00663D7A" w:rsidRPr="00E15983" w:rsidRDefault="009617D9" w:rsidP="00A54A6F">
      <w:pPr>
        <w:spacing w:after="0"/>
        <w:rPr>
          <w:rFonts w:ascii="Times New Roman" w:hAnsi="Times New Roman" w:cs="Times New Roman"/>
          <w:color w:val="000000" w:themeColor="text1"/>
        </w:rPr>
      </w:pPr>
      <w:r w:rsidRPr="00E15983">
        <w:rPr>
          <w:rFonts w:ascii="Times New Roman" w:hAnsi="Times New Roman" w:cs="Times New Roman"/>
          <w:color w:val="000000" w:themeColor="text1"/>
        </w:rPr>
        <w:t xml:space="preserve">Expiry (MM/YY): </w:t>
      </w:r>
      <w:r w:rsidRPr="00E15983">
        <w:rPr>
          <w:rFonts w:ascii="Times New Roman" w:hAnsi="Times New Roman" w:cs="Times New Roman"/>
          <w:b/>
          <w:bCs/>
          <w:color w:val="000000" w:themeColor="text1"/>
        </w:rPr>
        <w:fldChar w:fldCharType="begin"/>
      </w:r>
      <w:r w:rsidRPr="00E15983">
        <w:rPr>
          <w:rFonts w:ascii="Times New Roman" w:hAnsi="Times New Roman" w:cs="Times New Roman"/>
          <w:b/>
          <w:bCs/>
          <w:color w:val="000000" w:themeColor="text1"/>
        </w:rPr>
        <w:instrText xml:space="preserve"> FORMTEXT </w:instrText>
      </w:r>
      <w:r w:rsidRPr="00E15983">
        <w:rPr>
          <w:rFonts w:ascii="Times New Roman" w:hAnsi="Times New Roman" w:cs="Times New Roman"/>
          <w:b/>
          <w:bCs/>
          <w:color w:val="000000" w:themeColor="text1"/>
        </w:rPr>
        <w:fldChar w:fldCharType="separate"/>
      </w:r>
      <w:r w:rsidRPr="00E15983">
        <w:rPr>
          <w:rFonts w:ascii="Times New Roman" w:hAnsi="Times New Roman" w:cs="Times New Roman"/>
          <w:b/>
          <w:bCs/>
          <w:color w:val="000000" w:themeColor="text1"/>
        </w:rPr>
        <w:t>__________</w:t>
      </w:r>
      <w:r w:rsidRPr="00E15983">
        <w:rPr>
          <w:rFonts w:ascii="Times New Roman" w:hAnsi="Times New Roman" w:cs="Times New Roman"/>
          <w:b/>
          <w:bCs/>
          <w:color w:val="000000" w:themeColor="text1"/>
        </w:rPr>
        <w:fldChar w:fldCharType="end"/>
      </w:r>
    </w:p>
    <w:p w14:paraId="5C451FBA" w14:textId="77777777" w:rsidR="00663D7A" w:rsidRPr="00E15983" w:rsidRDefault="009617D9" w:rsidP="00A54A6F">
      <w:pPr>
        <w:spacing w:after="0"/>
        <w:rPr>
          <w:rFonts w:ascii="Times New Roman" w:hAnsi="Times New Roman" w:cs="Times New Roman"/>
          <w:color w:val="000000" w:themeColor="text1"/>
        </w:rPr>
      </w:pPr>
      <w:r w:rsidRPr="00E15983">
        <w:rPr>
          <w:rFonts w:ascii="Times New Roman" w:hAnsi="Times New Roman" w:cs="Times New Roman"/>
          <w:color w:val="000000" w:themeColor="text1"/>
        </w:rPr>
        <w:t xml:space="preserve">CVV: </w:t>
      </w:r>
      <w:r w:rsidRPr="00E15983">
        <w:rPr>
          <w:rFonts w:ascii="Times New Roman" w:hAnsi="Times New Roman" w:cs="Times New Roman"/>
          <w:b/>
          <w:bCs/>
          <w:color w:val="000000" w:themeColor="text1"/>
        </w:rPr>
        <w:fldChar w:fldCharType="begin"/>
      </w:r>
      <w:r w:rsidRPr="00E15983">
        <w:rPr>
          <w:rFonts w:ascii="Times New Roman" w:hAnsi="Times New Roman" w:cs="Times New Roman"/>
          <w:b/>
          <w:bCs/>
          <w:color w:val="000000" w:themeColor="text1"/>
        </w:rPr>
        <w:instrText xml:space="preserve"> FORMTEXT </w:instrText>
      </w:r>
      <w:r w:rsidRPr="00E15983">
        <w:rPr>
          <w:rFonts w:ascii="Times New Roman" w:hAnsi="Times New Roman" w:cs="Times New Roman"/>
          <w:b/>
          <w:bCs/>
          <w:color w:val="000000" w:themeColor="text1"/>
        </w:rPr>
        <w:fldChar w:fldCharType="separate"/>
      </w:r>
      <w:r w:rsidRPr="00E15983">
        <w:rPr>
          <w:rFonts w:ascii="Times New Roman" w:hAnsi="Times New Roman" w:cs="Times New Roman"/>
          <w:b/>
          <w:bCs/>
          <w:color w:val="000000" w:themeColor="text1"/>
        </w:rPr>
        <w:t>_____</w:t>
      </w:r>
      <w:r w:rsidRPr="00E15983">
        <w:rPr>
          <w:rFonts w:ascii="Times New Roman" w:hAnsi="Times New Roman" w:cs="Times New Roman"/>
          <w:b/>
          <w:bCs/>
          <w:color w:val="000000" w:themeColor="text1"/>
        </w:rPr>
        <w:fldChar w:fldCharType="end"/>
      </w:r>
    </w:p>
    <w:p w14:paraId="62DF19C8" w14:textId="77777777" w:rsidR="00663D7A" w:rsidRPr="00E15983" w:rsidRDefault="009617D9" w:rsidP="00A54A6F">
      <w:pPr>
        <w:spacing w:after="0"/>
        <w:rPr>
          <w:rFonts w:ascii="Times New Roman" w:hAnsi="Times New Roman" w:cs="Times New Roman"/>
          <w:color w:val="000000" w:themeColor="text1"/>
        </w:rPr>
      </w:pPr>
      <w:r w:rsidRPr="00E15983">
        <w:rPr>
          <w:rFonts w:ascii="Times New Roman" w:hAnsi="Times New Roman" w:cs="Times New Roman"/>
          <w:color w:val="000000" w:themeColor="text1"/>
        </w:rPr>
        <w:t xml:space="preserve">Billing Postal Code: </w:t>
      </w:r>
      <w:r w:rsidRPr="00E15983">
        <w:rPr>
          <w:rFonts w:ascii="Times New Roman" w:hAnsi="Times New Roman" w:cs="Times New Roman"/>
          <w:b/>
          <w:bCs/>
          <w:color w:val="000000" w:themeColor="text1"/>
        </w:rPr>
        <w:fldChar w:fldCharType="begin"/>
      </w:r>
      <w:r w:rsidRPr="00E15983">
        <w:rPr>
          <w:rFonts w:ascii="Times New Roman" w:hAnsi="Times New Roman" w:cs="Times New Roman"/>
          <w:b/>
          <w:bCs/>
          <w:color w:val="000000" w:themeColor="text1"/>
        </w:rPr>
        <w:instrText xml:space="preserve"> FORMTEXT </w:instrText>
      </w:r>
      <w:r w:rsidRPr="00E15983">
        <w:rPr>
          <w:rFonts w:ascii="Times New Roman" w:hAnsi="Times New Roman" w:cs="Times New Roman"/>
          <w:b/>
          <w:bCs/>
          <w:color w:val="000000" w:themeColor="text1"/>
        </w:rPr>
        <w:fldChar w:fldCharType="separate"/>
      </w:r>
      <w:r w:rsidRPr="00E15983">
        <w:rPr>
          <w:rFonts w:ascii="Times New Roman" w:hAnsi="Times New Roman" w:cs="Times New Roman"/>
          <w:b/>
          <w:bCs/>
          <w:color w:val="000000" w:themeColor="text1"/>
        </w:rPr>
        <w:t>__________</w:t>
      </w:r>
      <w:r w:rsidRPr="00E15983">
        <w:rPr>
          <w:rFonts w:ascii="Times New Roman" w:hAnsi="Times New Roman" w:cs="Times New Roman"/>
          <w:b/>
          <w:bCs/>
          <w:color w:val="000000" w:themeColor="text1"/>
        </w:rPr>
        <w:fldChar w:fldCharType="end"/>
      </w:r>
    </w:p>
    <w:p w14:paraId="23ECE71F" w14:textId="77777777" w:rsidR="00663D7A" w:rsidRPr="00E15983" w:rsidRDefault="009617D9" w:rsidP="00A54A6F">
      <w:pPr>
        <w:spacing w:after="0"/>
        <w:rPr>
          <w:rFonts w:ascii="Times New Roman" w:hAnsi="Times New Roman" w:cs="Times New Roman"/>
          <w:color w:val="000000" w:themeColor="text1"/>
        </w:rPr>
      </w:pPr>
      <w:r w:rsidRPr="00E15983">
        <w:rPr>
          <w:rFonts w:ascii="Times New Roman" w:hAnsi="Times New Roman" w:cs="Times New Roman"/>
          <w:color w:val="000000" w:themeColor="text1"/>
        </w:rPr>
        <w:t xml:space="preserve">Cardholder Name: </w:t>
      </w:r>
      <w:r w:rsidRPr="00E15983">
        <w:rPr>
          <w:rFonts w:ascii="Times New Roman" w:hAnsi="Times New Roman" w:cs="Times New Roman"/>
          <w:b/>
          <w:bCs/>
          <w:color w:val="000000" w:themeColor="text1"/>
        </w:rPr>
        <w:fldChar w:fldCharType="begin"/>
      </w:r>
      <w:r w:rsidRPr="00E15983">
        <w:rPr>
          <w:rFonts w:ascii="Times New Roman" w:hAnsi="Times New Roman" w:cs="Times New Roman"/>
          <w:b/>
          <w:bCs/>
          <w:color w:val="000000" w:themeColor="text1"/>
        </w:rPr>
        <w:instrText xml:space="preserve"> FORMTEXT </w:instrText>
      </w:r>
      <w:r w:rsidRPr="00E15983">
        <w:rPr>
          <w:rFonts w:ascii="Times New Roman" w:hAnsi="Times New Roman" w:cs="Times New Roman"/>
          <w:b/>
          <w:bCs/>
          <w:color w:val="000000" w:themeColor="text1"/>
        </w:rPr>
        <w:fldChar w:fldCharType="separate"/>
      </w:r>
      <w:r w:rsidRPr="00E15983">
        <w:rPr>
          <w:rFonts w:ascii="Times New Roman" w:hAnsi="Times New Roman" w:cs="Times New Roman"/>
          <w:b/>
          <w:bCs/>
          <w:color w:val="000000" w:themeColor="text1"/>
        </w:rPr>
        <w:t>________________________________________</w:t>
      </w:r>
      <w:r w:rsidRPr="00E15983">
        <w:rPr>
          <w:rFonts w:ascii="Times New Roman" w:hAnsi="Times New Roman" w:cs="Times New Roman"/>
          <w:b/>
          <w:bCs/>
          <w:color w:val="000000" w:themeColor="text1"/>
        </w:rPr>
        <w:fldChar w:fldCharType="end"/>
      </w:r>
    </w:p>
    <w:p w14:paraId="2FB3DF1B" w14:textId="77777777" w:rsidR="00257142" w:rsidRPr="00E15983" w:rsidRDefault="00257142" w:rsidP="00A54A6F">
      <w:pPr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p w14:paraId="65CF32ED" w14:textId="5341CB9D" w:rsidR="00257142" w:rsidRPr="00144DD6" w:rsidRDefault="00257142" w:rsidP="00A54A6F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144DD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PAYMENT </w:t>
      </w:r>
      <w:r w:rsidRPr="00E15983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PLAN</w:t>
      </w:r>
      <w:r w:rsidRPr="00144DD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:</w:t>
      </w:r>
    </w:p>
    <w:p w14:paraId="58E1A2D6" w14:textId="5F92CA81" w:rsidR="00257142" w:rsidRPr="00E15983" w:rsidRDefault="00A54A6F" w:rsidP="00A54A6F">
      <w:pPr>
        <w:spacing w:after="0"/>
        <w:rPr>
          <w:rFonts w:ascii="Times New Roman" w:hAnsi="Times New Roman" w:cs="Times New Roman"/>
          <w:color w:val="000000" w:themeColor="text1"/>
        </w:rPr>
      </w:pPr>
      <w:r w:rsidRPr="00E15983">
        <w:rPr>
          <w:rFonts w:ascii="Times New Roman" w:hAnsi="Times New Roman" w:cs="Times New Roman"/>
          <w:color w:val="000000" w:themeColor="text1"/>
        </w:rPr>
        <w:fldChar w:fldCharType="begin"/>
      </w:r>
      <w:r w:rsidRPr="00E15983">
        <w:rPr>
          <w:rFonts w:ascii="Times New Roman" w:hAnsi="Times New Roman" w:cs="Times New Roman"/>
          <w:color w:val="000000" w:themeColor="text1"/>
        </w:rPr>
        <w:instrText xml:space="preserve"> FORMTEXT </w:instrText>
      </w:r>
      <w:r w:rsidRPr="00E15983">
        <w:rPr>
          <w:rFonts w:ascii="Times New Roman" w:hAnsi="Times New Roman" w:cs="Times New Roman"/>
          <w:color w:val="000000" w:themeColor="text1"/>
        </w:rPr>
        <w:fldChar w:fldCharType="separate"/>
      </w:r>
      <w:r w:rsidRPr="00E15983">
        <w:rPr>
          <w:rFonts w:ascii="Times New Roman" w:hAnsi="Times New Roman" w:cs="Times New Roman"/>
          <w:color w:val="000000" w:themeColor="text1"/>
        </w:rPr>
        <w:t>_____</w:t>
      </w:r>
      <w:r w:rsidRPr="00E15983">
        <w:rPr>
          <w:rFonts w:ascii="Times New Roman" w:hAnsi="Times New Roman" w:cs="Times New Roman"/>
          <w:color w:val="000000" w:themeColor="text1"/>
        </w:rPr>
        <w:fldChar w:fldCharType="end"/>
      </w:r>
      <w:r w:rsidRPr="00E15983">
        <w:rPr>
          <w:rFonts w:ascii="Times New Roman" w:hAnsi="Times New Roman" w:cs="Times New Roman"/>
          <w:color w:val="000000" w:themeColor="text1"/>
        </w:rPr>
        <w:t xml:space="preserve"> </w:t>
      </w:r>
      <w:r w:rsidR="00D45564" w:rsidRPr="00E15983">
        <w:rPr>
          <w:rFonts w:ascii="Times New Roman" w:hAnsi="Times New Roman" w:cs="Times New Roman"/>
          <w:color w:val="000000" w:themeColor="text1"/>
        </w:rPr>
        <w:t>Mo</w:t>
      </w:r>
      <w:r w:rsidR="00257142" w:rsidRPr="00E15983">
        <w:rPr>
          <w:rFonts w:ascii="Times New Roman" w:hAnsi="Times New Roman" w:cs="Times New Roman"/>
          <w:color w:val="000000" w:themeColor="text1"/>
        </w:rPr>
        <w:t>nthly payments: July 1</w:t>
      </w:r>
      <w:r w:rsidR="00842D23">
        <w:rPr>
          <w:rFonts w:ascii="Times New Roman" w:hAnsi="Times New Roman" w:cs="Times New Roman"/>
          <w:color w:val="000000" w:themeColor="text1"/>
        </w:rPr>
        <w:t>st</w:t>
      </w:r>
      <w:r w:rsidR="00257142" w:rsidRPr="00E15983">
        <w:rPr>
          <w:rFonts w:ascii="Times New Roman" w:hAnsi="Times New Roman" w:cs="Times New Roman"/>
          <w:color w:val="000000" w:themeColor="text1"/>
        </w:rPr>
        <w:t>, August</w:t>
      </w:r>
      <w:r w:rsidR="00842D23">
        <w:rPr>
          <w:rFonts w:ascii="Times New Roman" w:hAnsi="Times New Roman" w:cs="Times New Roman"/>
          <w:color w:val="000000" w:themeColor="text1"/>
        </w:rPr>
        <w:t xml:space="preserve"> 1st</w:t>
      </w:r>
      <w:r w:rsidR="00257142" w:rsidRPr="00E15983">
        <w:rPr>
          <w:rFonts w:ascii="Times New Roman" w:hAnsi="Times New Roman" w:cs="Times New Roman"/>
          <w:color w:val="000000" w:themeColor="text1"/>
        </w:rPr>
        <w:t>, and September 1</w:t>
      </w:r>
      <w:r w:rsidR="00842D23">
        <w:rPr>
          <w:rFonts w:ascii="Times New Roman" w:hAnsi="Times New Roman" w:cs="Times New Roman"/>
          <w:color w:val="000000" w:themeColor="text1"/>
        </w:rPr>
        <w:t>st</w:t>
      </w:r>
      <w:r w:rsidR="00257142" w:rsidRPr="00E15983">
        <w:rPr>
          <w:rFonts w:ascii="Times New Roman" w:hAnsi="Times New Roman" w:cs="Times New Roman"/>
          <w:color w:val="000000" w:themeColor="text1"/>
        </w:rPr>
        <w:t>.</w:t>
      </w:r>
    </w:p>
    <w:p w14:paraId="6330C56E" w14:textId="2BA82C94" w:rsidR="00257142" w:rsidRPr="00E15983" w:rsidRDefault="00A54A6F" w:rsidP="00A54A6F">
      <w:pPr>
        <w:spacing w:after="0"/>
        <w:rPr>
          <w:rFonts w:ascii="Times New Roman" w:hAnsi="Times New Roman" w:cs="Times New Roman"/>
          <w:color w:val="000000" w:themeColor="text1"/>
        </w:rPr>
      </w:pPr>
      <w:r w:rsidRPr="00E15983">
        <w:rPr>
          <w:rFonts w:ascii="Times New Roman" w:hAnsi="Times New Roman" w:cs="Times New Roman"/>
          <w:color w:val="000000" w:themeColor="text1"/>
        </w:rPr>
        <w:fldChar w:fldCharType="begin"/>
      </w:r>
      <w:r w:rsidRPr="00E15983">
        <w:rPr>
          <w:rFonts w:ascii="Times New Roman" w:hAnsi="Times New Roman" w:cs="Times New Roman"/>
          <w:color w:val="000000" w:themeColor="text1"/>
        </w:rPr>
        <w:instrText xml:space="preserve"> FORMTEXT </w:instrText>
      </w:r>
      <w:r w:rsidRPr="00E15983">
        <w:rPr>
          <w:rFonts w:ascii="Times New Roman" w:hAnsi="Times New Roman" w:cs="Times New Roman"/>
          <w:color w:val="000000" w:themeColor="text1"/>
        </w:rPr>
        <w:fldChar w:fldCharType="separate"/>
      </w:r>
      <w:r w:rsidRPr="00E15983">
        <w:rPr>
          <w:rFonts w:ascii="Times New Roman" w:hAnsi="Times New Roman" w:cs="Times New Roman"/>
          <w:color w:val="000000" w:themeColor="text1"/>
        </w:rPr>
        <w:t>_____</w:t>
      </w:r>
      <w:r w:rsidRPr="00E15983">
        <w:rPr>
          <w:rFonts w:ascii="Times New Roman" w:hAnsi="Times New Roman" w:cs="Times New Roman"/>
          <w:color w:val="000000" w:themeColor="text1"/>
        </w:rPr>
        <w:fldChar w:fldCharType="end"/>
      </w:r>
      <w:r w:rsidRPr="00E15983">
        <w:rPr>
          <w:rFonts w:ascii="Times New Roman" w:hAnsi="Times New Roman" w:cs="Times New Roman"/>
          <w:color w:val="000000" w:themeColor="text1"/>
        </w:rPr>
        <w:t xml:space="preserve"> </w:t>
      </w:r>
      <w:r w:rsidR="00D45564" w:rsidRPr="00E15983">
        <w:rPr>
          <w:rFonts w:ascii="Times New Roman" w:eastAsia="Times New Roman" w:hAnsi="Times New Roman" w:cs="Times New Roman"/>
          <w:lang w:val="en-CA" w:eastAsia="en-CA"/>
        </w:rPr>
        <w:t>Pay in Full: September</w:t>
      </w:r>
      <w:r w:rsidR="00257142" w:rsidRPr="00E15983">
        <w:rPr>
          <w:rFonts w:ascii="Times New Roman" w:hAnsi="Times New Roman" w:cs="Times New Roman"/>
          <w:color w:val="000000" w:themeColor="text1"/>
        </w:rPr>
        <w:t xml:space="preserve"> 1.</w:t>
      </w:r>
    </w:p>
    <w:p w14:paraId="6112F70F" w14:textId="77777777" w:rsidR="00257142" w:rsidRPr="00E15983" w:rsidRDefault="00257142" w:rsidP="00A54A6F">
      <w:pPr>
        <w:spacing w:after="0"/>
        <w:rPr>
          <w:rFonts w:ascii="Times New Roman" w:hAnsi="Times New Roman" w:cs="Times New Roman"/>
          <w:i/>
          <w:iCs/>
          <w:color w:val="000000" w:themeColor="text1"/>
          <w:lang w:val="en-CA"/>
        </w:rPr>
      </w:pPr>
      <w:r w:rsidRPr="00257142">
        <w:rPr>
          <w:rFonts w:ascii="Times New Roman" w:hAnsi="Times New Roman" w:cs="Times New Roman"/>
          <w:i/>
          <w:iCs/>
          <w:color w:val="000000" w:themeColor="text1"/>
          <w:lang w:val="en-CA"/>
        </w:rPr>
        <w:t>Missed or declined payments may result in loss of seats and/or ticket access.</w:t>
      </w:r>
    </w:p>
    <w:p w14:paraId="45DB442D" w14:textId="77777777" w:rsidR="00D45564" w:rsidRPr="00E15983" w:rsidRDefault="00D45564" w:rsidP="00A54A6F">
      <w:pPr>
        <w:spacing w:after="0"/>
        <w:rPr>
          <w:rFonts w:ascii="Times New Roman" w:hAnsi="Times New Roman" w:cs="Times New Roman"/>
          <w:i/>
          <w:iCs/>
          <w:color w:val="000000" w:themeColor="text1"/>
          <w:lang w:val="en-CA"/>
        </w:rPr>
      </w:pPr>
    </w:p>
    <w:p w14:paraId="29E67CC5" w14:textId="54BF6BDF" w:rsidR="00663D7A" w:rsidRPr="00E15983" w:rsidRDefault="00D45564" w:rsidP="00A54A6F">
      <w:pPr>
        <w:pStyle w:val="Heading2"/>
        <w:spacing w:before="0"/>
        <w:rPr>
          <w:rFonts w:ascii="Times New Roman" w:hAnsi="Times New Roman" w:cs="Times New Roman"/>
          <w:color w:val="000000" w:themeColor="text1"/>
        </w:rPr>
      </w:pPr>
      <w:r w:rsidRPr="00E15983">
        <w:rPr>
          <w:rFonts w:ascii="Times New Roman" w:hAnsi="Times New Roman" w:cs="Times New Roman"/>
          <w:color w:val="000000" w:themeColor="text1"/>
        </w:rPr>
        <w:t>TICKET</w:t>
      </w:r>
      <w:r w:rsidR="009617D9" w:rsidRPr="00E15983">
        <w:rPr>
          <w:rFonts w:ascii="Times New Roman" w:hAnsi="Times New Roman" w:cs="Times New Roman"/>
          <w:color w:val="000000" w:themeColor="text1"/>
        </w:rPr>
        <w:t xml:space="preserve"> &amp; RECEIPT</w:t>
      </w:r>
      <w:r w:rsidRPr="00E15983">
        <w:rPr>
          <w:rFonts w:ascii="Times New Roman" w:hAnsi="Times New Roman" w:cs="Times New Roman"/>
          <w:color w:val="000000" w:themeColor="text1"/>
        </w:rPr>
        <w:t xml:space="preserve"> DELIVERY</w:t>
      </w:r>
      <w:r w:rsidR="004A5B7F" w:rsidRPr="00E15983">
        <w:rPr>
          <w:rFonts w:ascii="Times New Roman" w:hAnsi="Times New Roman" w:cs="Times New Roman"/>
          <w:color w:val="000000" w:themeColor="text1"/>
        </w:rPr>
        <w:t>:</w:t>
      </w:r>
    </w:p>
    <w:p w14:paraId="179BFC51" w14:textId="6E52578E" w:rsidR="00D45564" w:rsidRPr="00D45564" w:rsidRDefault="00D45564" w:rsidP="00A54A6F">
      <w:pPr>
        <w:spacing w:after="0"/>
        <w:rPr>
          <w:rFonts w:ascii="Times New Roman" w:hAnsi="Times New Roman" w:cs="Times New Roman"/>
          <w:color w:val="000000" w:themeColor="text1"/>
          <w:lang w:val="en-CA"/>
        </w:rPr>
      </w:pPr>
      <w:r w:rsidRPr="00D45564">
        <w:rPr>
          <w:rFonts w:ascii="Times New Roman" w:hAnsi="Times New Roman" w:cs="Times New Roman"/>
          <w:color w:val="000000" w:themeColor="text1"/>
          <w:lang w:val="en-CA"/>
        </w:rPr>
        <w:t xml:space="preserve">Receipt Delivery: </w:t>
      </w:r>
      <w:r w:rsidR="00A54A6F" w:rsidRPr="00E15983">
        <w:rPr>
          <w:rFonts w:ascii="Times New Roman" w:hAnsi="Times New Roman" w:cs="Times New Roman"/>
          <w:color w:val="000000" w:themeColor="text1"/>
        </w:rPr>
        <w:fldChar w:fldCharType="begin"/>
      </w:r>
      <w:r w:rsidR="00A54A6F" w:rsidRPr="00E15983">
        <w:rPr>
          <w:rFonts w:ascii="Times New Roman" w:hAnsi="Times New Roman" w:cs="Times New Roman"/>
          <w:color w:val="000000" w:themeColor="text1"/>
        </w:rPr>
        <w:instrText xml:space="preserve"> FORMTEXT </w:instrText>
      </w:r>
      <w:r w:rsidR="00A54A6F" w:rsidRPr="00E15983">
        <w:rPr>
          <w:rFonts w:ascii="Times New Roman" w:hAnsi="Times New Roman" w:cs="Times New Roman"/>
          <w:color w:val="000000" w:themeColor="text1"/>
        </w:rPr>
        <w:fldChar w:fldCharType="separate"/>
      </w:r>
      <w:r w:rsidR="00A54A6F" w:rsidRPr="00E15983">
        <w:rPr>
          <w:rFonts w:ascii="Times New Roman" w:hAnsi="Times New Roman" w:cs="Times New Roman"/>
          <w:color w:val="000000" w:themeColor="text1"/>
        </w:rPr>
        <w:t>_____</w:t>
      </w:r>
      <w:r w:rsidR="00A54A6F" w:rsidRPr="00E15983">
        <w:rPr>
          <w:rFonts w:ascii="Times New Roman" w:hAnsi="Times New Roman" w:cs="Times New Roman"/>
          <w:color w:val="000000" w:themeColor="text1"/>
        </w:rPr>
        <w:fldChar w:fldCharType="end"/>
      </w:r>
      <w:r w:rsidR="00A54A6F" w:rsidRPr="00E15983">
        <w:rPr>
          <w:rFonts w:ascii="Times New Roman" w:hAnsi="Times New Roman" w:cs="Times New Roman"/>
          <w:color w:val="000000" w:themeColor="text1"/>
        </w:rPr>
        <w:t xml:space="preserve"> </w:t>
      </w:r>
      <w:r w:rsidRPr="00D45564">
        <w:rPr>
          <w:rFonts w:ascii="Times New Roman" w:hAnsi="Times New Roman" w:cs="Times New Roman"/>
          <w:color w:val="000000" w:themeColor="text1"/>
          <w:lang w:val="en-CA"/>
        </w:rPr>
        <w:t xml:space="preserve">Email </w:t>
      </w:r>
      <w:r w:rsidR="00A54A6F" w:rsidRPr="00E15983">
        <w:rPr>
          <w:rFonts w:ascii="Times New Roman" w:hAnsi="Times New Roman" w:cs="Times New Roman"/>
          <w:color w:val="000000" w:themeColor="text1"/>
        </w:rPr>
        <w:fldChar w:fldCharType="begin"/>
      </w:r>
      <w:r w:rsidR="00A54A6F" w:rsidRPr="00E15983">
        <w:rPr>
          <w:rFonts w:ascii="Times New Roman" w:hAnsi="Times New Roman" w:cs="Times New Roman"/>
          <w:color w:val="000000" w:themeColor="text1"/>
        </w:rPr>
        <w:instrText xml:space="preserve"> FORMTEXT </w:instrText>
      </w:r>
      <w:r w:rsidR="00A54A6F" w:rsidRPr="00E15983">
        <w:rPr>
          <w:rFonts w:ascii="Times New Roman" w:hAnsi="Times New Roman" w:cs="Times New Roman"/>
          <w:color w:val="000000" w:themeColor="text1"/>
        </w:rPr>
        <w:fldChar w:fldCharType="separate"/>
      </w:r>
      <w:r w:rsidR="00A54A6F" w:rsidRPr="00E15983">
        <w:rPr>
          <w:rFonts w:ascii="Times New Roman" w:hAnsi="Times New Roman" w:cs="Times New Roman"/>
          <w:color w:val="000000" w:themeColor="text1"/>
        </w:rPr>
        <w:t>_____</w:t>
      </w:r>
      <w:r w:rsidR="00A54A6F" w:rsidRPr="00E15983">
        <w:rPr>
          <w:rFonts w:ascii="Times New Roman" w:hAnsi="Times New Roman" w:cs="Times New Roman"/>
          <w:color w:val="000000" w:themeColor="text1"/>
        </w:rPr>
        <w:fldChar w:fldCharType="end"/>
      </w:r>
      <w:r w:rsidR="00A54A6F" w:rsidRPr="00E15983">
        <w:rPr>
          <w:rFonts w:ascii="Times New Roman" w:hAnsi="Times New Roman" w:cs="Times New Roman"/>
          <w:color w:val="000000" w:themeColor="text1"/>
        </w:rPr>
        <w:t xml:space="preserve"> </w:t>
      </w:r>
      <w:r w:rsidRPr="00D45564">
        <w:rPr>
          <w:rFonts w:ascii="Times New Roman" w:hAnsi="Times New Roman" w:cs="Times New Roman"/>
          <w:color w:val="000000" w:themeColor="text1"/>
          <w:lang w:val="en-CA"/>
        </w:rPr>
        <w:t>Mail</w:t>
      </w:r>
      <w:r w:rsidRPr="00D45564">
        <w:rPr>
          <w:rFonts w:ascii="Times New Roman" w:hAnsi="Times New Roman" w:cs="Times New Roman"/>
          <w:color w:val="000000" w:themeColor="text1"/>
          <w:lang w:val="en-CA"/>
        </w:rPr>
        <w:br/>
        <w:t xml:space="preserve">Ticket Delivery: </w:t>
      </w:r>
      <w:r w:rsidR="00A54A6F" w:rsidRPr="00E15983">
        <w:rPr>
          <w:rFonts w:ascii="Times New Roman" w:hAnsi="Times New Roman" w:cs="Times New Roman"/>
          <w:color w:val="000000" w:themeColor="text1"/>
        </w:rPr>
        <w:fldChar w:fldCharType="begin"/>
      </w:r>
      <w:r w:rsidR="00A54A6F" w:rsidRPr="00E15983">
        <w:rPr>
          <w:rFonts w:ascii="Times New Roman" w:hAnsi="Times New Roman" w:cs="Times New Roman"/>
          <w:color w:val="000000" w:themeColor="text1"/>
        </w:rPr>
        <w:instrText xml:space="preserve"> FORMTEXT </w:instrText>
      </w:r>
      <w:r w:rsidR="00A54A6F" w:rsidRPr="00E15983">
        <w:rPr>
          <w:rFonts w:ascii="Times New Roman" w:hAnsi="Times New Roman" w:cs="Times New Roman"/>
          <w:color w:val="000000" w:themeColor="text1"/>
        </w:rPr>
        <w:fldChar w:fldCharType="separate"/>
      </w:r>
      <w:r w:rsidR="00A54A6F" w:rsidRPr="00E15983">
        <w:rPr>
          <w:rFonts w:ascii="Times New Roman" w:hAnsi="Times New Roman" w:cs="Times New Roman"/>
          <w:color w:val="000000" w:themeColor="text1"/>
        </w:rPr>
        <w:t>_____</w:t>
      </w:r>
      <w:r w:rsidR="00A54A6F" w:rsidRPr="00E15983">
        <w:rPr>
          <w:rFonts w:ascii="Times New Roman" w:hAnsi="Times New Roman" w:cs="Times New Roman"/>
          <w:color w:val="000000" w:themeColor="text1"/>
        </w:rPr>
        <w:fldChar w:fldCharType="end"/>
      </w:r>
      <w:r w:rsidR="00A54A6F" w:rsidRPr="00E15983">
        <w:rPr>
          <w:rFonts w:ascii="Times New Roman" w:hAnsi="Times New Roman" w:cs="Times New Roman"/>
          <w:color w:val="000000" w:themeColor="text1"/>
        </w:rPr>
        <w:t xml:space="preserve"> </w:t>
      </w:r>
      <w:r w:rsidRPr="00D45564">
        <w:rPr>
          <w:rFonts w:ascii="Times New Roman" w:hAnsi="Times New Roman" w:cs="Times New Roman"/>
          <w:color w:val="000000" w:themeColor="text1"/>
          <w:lang w:val="en-CA"/>
        </w:rPr>
        <w:t xml:space="preserve">Digital (PDF / Mobile) </w:t>
      </w:r>
      <w:r w:rsidR="00A54A6F" w:rsidRPr="00E15983">
        <w:rPr>
          <w:rFonts w:ascii="Times New Roman" w:hAnsi="Times New Roman" w:cs="Times New Roman"/>
          <w:color w:val="000000" w:themeColor="text1"/>
        </w:rPr>
        <w:fldChar w:fldCharType="begin"/>
      </w:r>
      <w:r w:rsidR="00A54A6F" w:rsidRPr="00E15983">
        <w:rPr>
          <w:rFonts w:ascii="Times New Roman" w:hAnsi="Times New Roman" w:cs="Times New Roman"/>
          <w:color w:val="000000" w:themeColor="text1"/>
        </w:rPr>
        <w:instrText xml:space="preserve"> FORMTEXT </w:instrText>
      </w:r>
      <w:r w:rsidR="00A54A6F" w:rsidRPr="00E15983">
        <w:rPr>
          <w:rFonts w:ascii="Times New Roman" w:hAnsi="Times New Roman" w:cs="Times New Roman"/>
          <w:color w:val="000000" w:themeColor="text1"/>
        </w:rPr>
        <w:fldChar w:fldCharType="separate"/>
      </w:r>
      <w:r w:rsidR="00A54A6F" w:rsidRPr="00E15983">
        <w:rPr>
          <w:rFonts w:ascii="Times New Roman" w:hAnsi="Times New Roman" w:cs="Times New Roman"/>
          <w:color w:val="000000" w:themeColor="text1"/>
        </w:rPr>
        <w:t>_____</w:t>
      </w:r>
      <w:r w:rsidR="00A54A6F" w:rsidRPr="00E15983">
        <w:rPr>
          <w:rFonts w:ascii="Times New Roman" w:hAnsi="Times New Roman" w:cs="Times New Roman"/>
          <w:color w:val="000000" w:themeColor="text1"/>
        </w:rPr>
        <w:fldChar w:fldCharType="end"/>
      </w:r>
      <w:r w:rsidR="00A54A6F" w:rsidRPr="00E15983">
        <w:rPr>
          <w:rFonts w:ascii="Times New Roman" w:hAnsi="Times New Roman" w:cs="Times New Roman"/>
          <w:color w:val="000000" w:themeColor="text1"/>
        </w:rPr>
        <w:t xml:space="preserve"> </w:t>
      </w:r>
      <w:r w:rsidRPr="00D45564">
        <w:rPr>
          <w:rFonts w:ascii="Times New Roman" w:hAnsi="Times New Roman" w:cs="Times New Roman"/>
          <w:color w:val="000000" w:themeColor="text1"/>
          <w:lang w:val="en-CA"/>
        </w:rPr>
        <w:t>Printed Ticket Stock</w:t>
      </w:r>
    </w:p>
    <w:p w14:paraId="57242701" w14:textId="77777777" w:rsidR="00144DD6" w:rsidRPr="00E15983" w:rsidRDefault="00144DD6" w:rsidP="00A54A6F">
      <w:pPr>
        <w:spacing w:after="0"/>
        <w:rPr>
          <w:rFonts w:ascii="Times New Roman" w:hAnsi="Times New Roman" w:cs="Times New Roman"/>
          <w:color w:val="000000" w:themeColor="text1"/>
        </w:rPr>
      </w:pPr>
    </w:p>
    <w:p w14:paraId="6C07CE0C" w14:textId="0B5E187A" w:rsidR="00663D7A" w:rsidRPr="00E15983" w:rsidRDefault="009617D9" w:rsidP="00A54A6F">
      <w:pPr>
        <w:pStyle w:val="Heading2"/>
        <w:spacing w:before="0"/>
        <w:rPr>
          <w:rFonts w:ascii="Times New Roman" w:hAnsi="Times New Roman" w:cs="Times New Roman"/>
          <w:color w:val="000000" w:themeColor="text1"/>
        </w:rPr>
      </w:pPr>
      <w:r w:rsidRPr="00E15983">
        <w:rPr>
          <w:rFonts w:ascii="Times New Roman" w:hAnsi="Times New Roman" w:cs="Times New Roman"/>
          <w:color w:val="000000" w:themeColor="text1"/>
        </w:rPr>
        <w:t>AUTHORIZATION</w:t>
      </w:r>
      <w:r w:rsidR="004A5B7F" w:rsidRPr="00E15983">
        <w:rPr>
          <w:rFonts w:ascii="Times New Roman" w:hAnsi="Times New Roman" w:cs="Times New Roman"/>
          <w:color w:val="000000" w:themeColor="text1"/>
        </w:rPr>
        <w:t>:</w:t>
      </w:r>
    </w:p>
    <w:p w14:paraId="68072B3C" w14:textId="464C2C85" w:rsidR="00663D7A" w:rsidRPr="00E15983" w:rsidRDefault="00D45564" w:rsidP="00A54A6F">
      <w:pPr>
        <w:spacing w:after="0"/>
        <w:rPr>
          <w:lang w:val="en-CA"/>
        </w:rPr>
      </w:pPr>
      <w:r w:rsidRPr="00D45564">
        <w:rPr>
          <w:lang w:val="en-CA"/>
        </w:rPr>
        <w:t>I authorize the North Bay Battalion to charge my credit card according to the selected payment plan.</w:t>
      </w:r>
      <w:r w:rsidRPr="00D45564">
        <w:rPr>
          <w:lang w:val="en-CA"/>
        </w:rPr>
        <w:br/>
      </w:r>
      <w:r w:rsidR="009617D9" w:rsidRPr="00E15983">
        <w:rPr>
          <w:rFonts w:ascii="Times New Roman" w:hAnsi="Times New Roman" w:cs="Times New Roman"/>
          <w:color w:val="000000" w:themeColor="text1"/>
        </w:rPr>
        <w:t xml:space="preserve">Signature: </w:t>
      </w:r>
      <w:r w:rsidR="009617D9" w:rsidRPr="00E15983">
        <w:rPr>
          <w:rFonts w:ascii="Times New Roman" w:hAnsi="Times New Roman" w:cs="Times New Roman"/>
          <w:b/>
          <w:bCs/>
          <w:color w:val="000000" w:themeColor="text1"/>
        </w:rPr>
        <w:fldChar w:fldCharType="begin"/>
      </w:r>
      <w:r w:rsidR="009617D9" w:rsidRPr="00E15983">
        <w:rPr>
          <w:rFonts w:ascii="Times New Roman" w:hAnsi="Times New Roman" w:cs="Times New Roman"/>
          <w:b/>
          <w:bCs/>
          <w:color w:val="000000" w:themeColor="text1"/>
        </w:rPr>
        <w:instrText xml:space="preserve"> FORMTEXT </w:instrText>
      </w:r>
      <w:r w:rsidR="009617D9" w:rsidRPr="00E15983">
        <w:rPr>
          <w:rFonts w:ascii="Times New Roman" w:hAnsi="Times New Roman" w:cs="Times New Roman"/>
          <w:b/>
          <w:bCs/>
          <w:color w:val="000000" w:themeColor="text1"/>
        </w:rPr>
        <w:fldChar w:fldCharType="separate"/>
      </w:r>
      <w:r w:rsidR="009617D9" w:rsidRPr="00E15983">
        <w:rPr>
          <w:rFonts w:ascii="Times New Roman" w:hAnsi="Times New Roman" w:cs="Times New Roman"/>
          <w:b/>
          <w:bCs/>
          <w:color w:val="000000" w:themeColor="text1"/>
        </w:rPr>
        <w:t>______________________________</w:t>
      </w:r>
      <w:r w:rsidR="009617D9" w:rsidRPr="00E15983">
        <w:rPr>
          <w:rFonts w:ascii="Times New Roman" w:hAnsi="Times New Roman" w:cs="Times New Roman"/>
          <w:b/>
          <w:bCs/>
          <w:color w:val="000000" w:themeColor="text1"/>
        </w:rPr>
        <w:fldChar w:fldCharType="end"/>
      </w:r>
    </w:p>
    <w:p w14:paraId="2CF62891" w14:textId="54F5FD1B" w:rsidR="00144DD6" w:rsidRPr="00E15983" w:rsidRDefault="009617D9" w:rsidP="00A54A6F">
      <w:pPr>
        <w:spacing w:after="0"/>
        <w:rPr>
          <w:rFonts w:ascii="Times New Roman" w:hAnsi="Times New Roman" w:cs="Times New Roman"/>
          <w:b/>
          <w:bCs/>
          <w:color w:val="000000" w:themeColor="text1"/>
        </w:rPr>
      </w:pPr>
      <w:r w:rsidRPr="00E15983">
        <w:rPr>
          <w:rFonts w:ascii="Times New Roman" w:hAnsi="Times New Roman" w:cs="Times New Roman"/>
          <w:color w:val="000000" w:themeColor="text1"/>
        </w:rPr>
        <w:t xml:space="preserve">Date (YYYY-MM-DD): </w:t>
      </w:r>
      <w:r w:rsidRPr="00E15983">
        <w:rPr>
          <w:rFonts w:ascii="Times New Roman" w:hAnsi="Times New Roman" w:cs="Times New Roman"/>
          <w:b/>
          <w:bCs/>
          <w:color w:val="000000" w:themeColor="text1"/>
        </w:rPr>
        <w:fldChar w:fldCharType="begin"/>
      </w:r>
      <w:r w:rsidRPr="00E15983">
        <w:rPr>
          <w:rFonts w:ascii="Times New Roman" w:hAnsi="Times New Roman" w:cs="Times New Roman"/>
          <w:b/>
          <w:bCs/>
          <w:color w:val="000000" w:themeColor="text1"/>
        </w:rPr>
        <w:instrText xml:space="preserve"> FORMTEXT </w:instrText>
      </w:r>
      <w:r w:rsidRPr="00E15983">
        <w:rPr>
          <w:rFonts w:ascii="Times New Roman" w:hAnsi="Times New Roman" w:cs="Times New Roman"/>
          <w:b/>
          <w:bCs/>
          <w:color w:val="000000" w:themeColor="text1"/>
        </w:rPr>
        <w:fldChar w:fldCharType="separate"/>
      </w:r>
      <w:r w:rsidRPr="00E15983">
        <w:rPr>
          <w:rFonts w:ascii="Times New Roman" w:hAnsi="Times New Roman" w:cs="Times New Roman"/>
          <w:b/>
          <w:bCs/>
          <w:color w:val="000000" w:themeColor="text1"/>
        </w:rPr>
        <w:t>____________</w:t>
      </w:r>
      <w:r w:rsidRPr="00E15983">
        <w:rPr>
          <w:rFonts w:ascii="Times New Roman" w:hAnsi="Times New Roman" w:cs="Times New Roman"/>
          <w:b/>
          <w:bCs/>
          <w:color w:val="000000" w:themeColor="text1"/>
        </w:rPr>
        <w:fldChar w:fldCharType="end"/>
      </w:r>
    </w:p>
    <w:p w14:paraId="1696FCF7" w14:textId="77777777" w:rsidR="00864CF0" w:rsidRDefault="00864CF0" w:rsidP="00864CF0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</w:p>
    <w:p w14:paraId="3FBA4E7C" w14:textId="7354C859" w:rsidR="00257142" w:rsidRPr="00864CF0" w:rsidRDefault="00144DD6" w:rsidP="00864CF0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  <w:r w:rsidRPr="00864CF0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THE DEADLINE TO CONFIRM RENEWAL FOR THE 2026-27 SEASON IS FRIDAY, JUNE 19, 2026.</w:t>
      </w:r>
    </w:p>
    <w:p w14:paraId="3DD49542" w14:textId="578B1B7F" w:rsidR="00D45564" w:rsidRPr="00E15983" w:rsidRDefault="0013789F" w:rsidP="0013789F">
      <w:pPr>
        <w:tabs>
          <w:tab w:val="left" w:pos="5130"/>
        </w:tabs>
        <w:spacing w:after="0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ab/>
      </w:r>
    </w:p>
    <w:sectPr w:rsidR="00D45564" w:rsidRPr="00E15983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2E755" w14:textId="77777777" w:rsidR="008C5C45" w:rsidRDefault="008C5C45">
      <w:pPr>
        <w:spacing w:after="0" w:line="240" w:lineRule="auto"/>
      </w:pPr>
      <w:r>
        <w:separator/>
      </w:r>
    </w:p>
  </w:endnote>
  <w:endnote w:type="continuationSeparator" w:id="0">
    <w:p w14:paraId="7315E66E" w14:textId="77777777" w:rsidR="008C5C45" w:rsidRDefault="008C5C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1CBE3" w14:textId="77777777" w:rsidR="009617D9" w:rsidRDefault="009617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A679B" w14:textId="77777777" w:rsidR="009617D9" w:rsidRDefault="009617D9" w:rsidP="009617D9">
    <w:pPr>
      <w:pStyle w:val="Footer"/>
      <w:jc w:val="center"/>
      <w:rPr>
        <w:sz w:val="20"/>
        <w:szCs w:val="20"/>
        <w:lang w:val="en-CA"/>
      </w:rPr>
    </w:pPr>
  </w:p>
  <w:p w14:paraId="15C60F05" w14:textId="77777777" w:rsidR="009617D9" w:rsidRDefault="004A5B7F" w:rsidP="009617D9">
    <w:pPr>
      <w:pStyle w:val="Footer"/>
      <w:jc w:val="center"/>
      <w:rPr>
        <w:sz w:val="20"/>
        <w:szCs w:val="20"/>
        <w:lang w:val="en-CA"/>
      </w:rPr>
    </w:pPr>
    <w:r>
      <w:rPr>
        <w:noProof/>
        <w:sz w:val="20"/>
        <w:szCs w:val="20"/>
        <w:lang w:val="en-CA"/>
      </w:rPr>
      <w:drawing>
        <wp:anchor distT="0" distB="0" distL="114300" distR="114300" simplePos="0" relativeHeight="251658240" behindDoc="0" locked="0" layoutInCell="1" allowOverlap="1" wp14:anchorId="220390F9" wp14:editId="701320FB">
          <wp:simplePos x="0" y="0"/>
          <wp:positionH relativeFrom="column">
            <wp:posOffset>-400050</wp:posOffset>
          </wp:positionH>
          <wp:positionV relativeFrom="paragraph">
            <wp:posOffset>78740</wp:posOffset>
          </wp:positionV>
          <wp:extent cx="1285875" cy="642938"/>
          <wp:effectExtent l="0" t="0" r="0" b="5080"/>
          <wp:wrapSquare wrapText="bothSides"/>
          <wp:docPr id="81449607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4496073" name="Picture 81449607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5875" cy="6429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szCs w:val="20"/>
        <w:lang w:val="en-CA"/>
      </w:rPr>
      <w:drawing>
        <wp:anchor distT="0" distB="0" distL="114300" distR="114300" simplePos="0" relativeHeight="251665408" behindDoc="0" locked="0" layoutInCell="1" allowOverlap="1" wp14:anchorId="5052F443" wp14:editId="35382672">
          <wp:simplePos x="0" y="0"/>
          <wp:positionH relativeFrom="column">
            <wp:posOffset>4637405</wp:posOffset>
          </wp:positionH>
          <wp:positionV relativeFrom="paragraph">
            <wp:posOffset>-16510</wp:posOffset>
          </wp:positionV>
          <wp:extent cx="1248410" cy="751840"/>
          <wp:effectExtent l="0" t="0" r="8890" b="0"/>
          <wp:wrapSquare wrapText="bothSides"/>
          <wp:docPr id="5362281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622813" name="Picture 53622813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48410" cy="751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617D9">
      <w:rPr>
        <w:sz w:val="20"/>
        <w:szCs w:val="20"/>
        <w:lang w:val="en-CA"/>
      </w:rPr>
      <w:t>North Bay Battalion Hockey Club Ltd.</w:t>
    </w:r>
  </w:p>
  <w:p w14:paraId="2DA0AA30" w14:textId="598671BC" w:rsidR="004A5B7F" w:rsidRDefault="004A5B7F" w:rsidP="009617D9">
    <w:pPr>
      <w:pStyle w:val="Footer"/>
      <w:jc w:val="center"/>
      <w:rPr>
        <w:sz w:val="20"/>
        <w:szCs w:val="20"/>
        <w:lang w:val="en-CA"/>
      </w:rPr>
    </w:pPr>
    <w:r>
      <w:rPr>
        <w:sz w:val="20"/>
        <w:szCs w:val="20"/>
        <w:lang w:val="en-CA"/>
      </w:rPr>
      <w:t>100 Chippewa Street West</w:t>
    </w:r>
  </w:p>
  <w:p w14:paraId="54548C38" w14:textId="77777777" w:rsidR="004A5B7F" w:rsidRDefault="004A5B7F" w:rsidP="004A5B7F">
    <w:pPr>
      <w:pStyle w:val="Footer"/>
      <w:jc w:val="center"/>
      <w:rPr>
        <w:sz w:val="20"/>
        <w:szCs w:val="20"/>
        <w:lang w:val="en-CA"/>
      </w:rPr>
    </w:pPr>
    <w:r>
      <w:rPr>
        <w:sz w:val="20"/>
        <w:szCs w:val="20"/>
        <w:lang w:val="en-CA"/>
      </w:rPr>
      <w:t>North Bay, Ontario P1B 6G2</w:t>
    </w:r>
  </w:p>
  <w:p w14:paraId="42217114" w14:textId="0EAAAB49" w:rsidR="004A5B7F" w:rsidRDefault="004A5B7F" w:rsidP="004A5B7F">
    <w:pPr>
      <w:pStyle w:val="Footer"/>
      <w:jc w:val="center"/>
      <w:rPr>
        <w:sz w:val="20"/>
        <w:szCs w:val="20"/>
        <w:lang w:val="en-CA"/>
      </w:rPr>
    </w:pPr>
    <w:r>
      <w:rPr>
        <w:sz w:val="20"/>
        <w:szCs w:val="20"/>
        <w:lang w:val="en-CA"/>
      </w:rPr>
      <w:t>P: 705-495-8</w:t>
    </w:r>
    <w:r w:rsidR="0013789F">
      <w:rPr>
        <w:sz w:val="20"/>
        <w:szCs w:val="20"/>
        <w:lang w:val="en-CA"/>
      </w:rPr>
      <w:t>6</w:t>
    </w:r>
    <w:r>
      <w:rPr>
        <w:sz w:val="20"/>
        <w:szCs w:val="20"/>
        <w:lang w:val="en-CA"/>
      </w:rPr>
      <w:t>03 E: info@battalionhockey.com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76AA3" w14:textId="77777777" w:rsidR="009617D9" w:rsidRDefault="009617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48826" w14:textId="77777777" w:rsidR="008C5C45" w:rsidRDefault="008C5C45">
      <w:pPr>
        <w:spacing w:after="0" w:line="240" w:lineRule="auto"/>
      </w:pPr>
      <w:r>
        <w:separator/>
      </w:r>
    </w:p>
  </w:footnote>
  <w:footnote w:type="continuationSeparator" w:id="0">
    <w:p w14:paraId="2E4F4EE1" w14:textId="77777777" w:rsidR="008C5C45" w:rsidRDefault="008C5C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07F2E" w14:textId="77777777" w:rsidR="009617D9" w:rsidRDefault="009617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20CCE" w14:textId="2AAC1C61" w:rsidR="00663D7A" w:rsidRDefault="004A5B7F">
    <w:r>
      <w:rPr>
        <w:noProof/>
      </w:rPr>
      <w:drawing>
        <wp:anchor distT="0" distB="0" distL="114300" distR="114300" simplePos="0" relativeHeight="251651072" behindDoc="1" locked="0" layoutInCell="1" allowOverlap="1" wp14:anchorId="5105E69D" wp14:editId="05D636C7">
          <wp:simplePos x="0" y="0"/>
          <wp:positionH relativeFrom="margin">
            <wp:align>center</wp:align>
          </wp:positionH>
          <wp:positionV relativeFrom="paragraph">
            <wp:posOffset>9525</wp:posOffset>
          </wp:positionV>
          <wp:extent cx="5007662" cy="4791075"/>
          <wp:effectExtent l="0" t="0" r="2540" b="0"/>
          <wp:wrapNone/>
          <wp:docPr id="11673861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738615" name="Picture 1167386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07662" cy="4791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center" w:leader="none"/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81A4" w14:textId="77777777" w:rsidR="009617D9" w:rsidRDefault="009617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2DA21E5"/>
    <w:multiLevelType w:val="hybridMultilevel"/>
    <w:tmpl w:val="40B032C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5439852">
    <w:abstractNumId w:val="8"/>
  </w:num>
  <w:num w:numId="2" w16cid:durableId="704254919">
    <w:abstractNumId w:val="6"/>
  </w:num>
  <w:num w:numId="3" w16cid:durableId="297734395">
    <w:abstractNumId w:val="5"/>
  </w:num>
  <w:num w:numId="4" w16cid:durableId="1734162483">
    <w:abstractNumId w:val="4"/>
  </w:num>
  <w:num w:numId="5" w16cid:durableId="899553984">
    <w:abstractNumId w:val="7"/>
  </w:num>
  <w:num w:numId="6" w16cid:durableId="1543589422">
    <w:abstractNumId w:val="3"/>
  </w:num>
  <w:num w:numId="7" w16cid:durableId="1611476413">
    <w:abstractNumId w:val="2"/>
  </w:num>
  <w:num w:numId="8" w16cid:durableId="891814092">
    <w:abstractNumId w:val="1"/>
  </w:num>
  <w:num w:numId="9" w16cid:durableId="1690446691">
    <w:abstractNumId w:val="0"/>
  </w:num>
  <w:num w:numId="10" w16cid:durableId="162951329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E7DFE"/>
    <w:rsid w:val="00123B62"/>
    <w:rsid w:val="00136815"/>
    <w:rsid w:val="0013789F"/>
    <w:rsid w:val="001400EC"/>
    <w:rsid w:val="00144DD6"/>
    <w:rsid w:val="0015074B"/>
    <w:rsid w:val="00182E8C"/>
    <w:rsid w:val="002332A9"/>
    <w:rsid w:val="002522A0"/>
    <w:rsid w:val="00257142"/>
    <w:rsid w:val="0029639D"/>
    <w:rsid w:val="00326F90"/>
    <w:rsid w:val="00420389"/>
    <w:rsid w:val="004A5B7F"/>
    <w:rsid w:val="00577652"/>
    <w:rsid w:val="005A477E"/>
    <w:rsid w:val="00620408"/>
    <w:rsid w:val="006330D9"/>
    <w:rsid w:val="00663D7A"/>
    <w:rsid w:val="00724657"/>
    <w:rsid w:val="007A0831"/>
    <w:rsid w:val="00842D23"/>
    <w:rsid w:val="00864CF0"/>
    <w:rsid w:val="008C5C45"/>
    <w:rsid w:val="008F7F6A"/>
    <w:rsid w:val="009617D9"/>
    <w:rsid w:val="00994E70"/>
    <w:rsid w:val="00A47F92"/>
    <w:rsid w:val="00A54A6F"/>
    <w:rsid w:val="00AA1D8D"/>
    <w:rsid w:val="00B47730"/>
    <w:rsid w:val="00BA0725"/>
    <w:rsid w:val="00BB1783"/>
    <w:rsid w:val="00C41379"/>
    <w:rsid w:val="00CB0664"/>
    <w:rsid w:val="00CB2801"/>
    <w:rsid w:val="00CD5F1D"/>
    <w:rsid w:val="00D45564"/>
    <w:rsid w:val="00E15983"/>
    <w:rsid w:val="00F02347"/>
    <w:rsid w:val="00F252F0"/>
    <w:rsid w:val="00F27224"/>
    <w:rsid w:val="00F45F7C"/>
    <w:rsid w:val="00FC2364"/>
    <w:rsid w:val="00FC6125"/>
    <w:rsid w:val="00FC693F"/>
    <w:rsid w:val="00FF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323DED7"/>
  <w14:defaultImageDpi w14:val="300"/>
  <w15:docId w15:val="{D35097F3-5A8B-4A0B-86D8-400C4C1DA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ReturnAddress">
    <w:name w:val="Return Address"/>
    <w:rsid w:val="004A5B7F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after="0" w:line="240" w:lineRule="atLeast"/>
      <w:ind w:right="-240"/>
      <w:jc w:val="center"/>
    </w:pPr>
    <w:rPr>
      <w:rFonts w:ascii="Garamond" w:eastAsia="Times New Roman" w:hAnsi="Garamond" w:cs="Times New Roman"/>
      <w:caps/>
      <w:spacing w:val="30"/>
      <w:sz w:val="14"/>
      <w:szCs w:val="20"/>
    </w:rPr>
  </w:style>
  <w:style w:type="character" w:styleId="Hyperlink">
    <w:name w:val="Hyperlink"/>
    <w:basedOn w:val="DefaultParagraphFont"/>
    <w:uiPriority w:val="99"/>
    <w:unhideWhenUsed/>
    <w:rsid w:val="004A5B7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5B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Tracy Matton</cp:lastModifiedBy>
  <cp:revision>5</cp:revision>
  <cp:lastPrinted>2026-05-20T14:03:00Z</cp:lastPrinted>
  <dcterms:created xsi:type="dcterms:W3CDTF">2026-04-16T18:05:00Z</dcterms:created>
  <dcterms:modified xsi:type="dcterms:W3CDTF">2026-08-05T13:22:00Z</dcterms:modified>
  <cp:category/>
</cp:coreProperties>
</file>